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1" w:type="dxa"/>
        <w:jc w:val="center"/>
        <w:tblLayout w:type="fixed"/>
        <w:tblLook w:val="04A0" w:firstRow="1" w:lastRow="0" w:firstColumn="1" w:lastColumn="0" w:noHBand="0" w:noVBand="1"/>
      </w:tblPr>
      <w:tblGrid>
        <w:gridCol w:w="3118"/>
        <w:gridCol w:w="5953"/>
      </w:tblGrid>
      <w:tr w:rsidR="00312D47" w14:paraId="4DD4219C" w14:textId="77777777">
        <w:trPr>
          <w:cantSplit/>
          <w:jc w:val="center"/>
        </w:trPr>
        <w:tc>
          <w:tcPr>
            <w:tcW w:w="3118" w:type="dxa"/>
            <w:tcMar>
              <w:top w:w="0" w:type="dxa"/>
              <w:left w:w="0" w:type="dxa"/>
              <w:bottom w:w="0" w:type="dxa"/>
              <w:right w:w="0" w:type="dxa"/>
            </w:tcMar>
          </w:tcPr>
          <w:p w14:paraId="209EE657" w14:textId="77777777" w:rsidR="00312D47" w:rsidRDefault="00312D47"/>
        </w:tc>
        <w:tc>
          <w:tcPr>
            <w:tcW w:w="5953" w:type="dxa"/>
            <w:tcMar>
              <w:top w:w="0" w:type="dxa"/>
              <w:left w:w="0" w:type="dxa"/>
              <w:bottom w:w="0" w:type="dxa"/>
              <w:right w:w="0" w:type="dxa"/>
            </w:tcMar>
          </w:tcPr>
          <w:p w14:paraId="0AF75713" w14:textId="77777777" w:rsidR="00312D47" w:rsidRDefault="00000000">
            <w:pPr>
              <w:jc w:val="right"/>
            </w:pPr>
            <w:r>
              <w:rPr>
                <w:b/>
              </w:rPr>
              <w:t>Mẫu số 10</w:t>
            </w:r>
          </w:p>
        </w:tc>
      </w:tr>
      <w:tr w:rsidR="00312D47" w14:paraId="1D14A8E2" w14:textId="77777777">
        <w:trPr>
          <w:cantSplit/>
          <w:jc w:val="center"/>
        </w:trPr>
        <w:tc>
          <w:tcPr>
            <w:tcW w:w="3118" w:type="dxa"/>
            <w:tcMar>
              <w:top w:w="0" w:type="dxa"/>
              <w:left w:w="0" w:type="dxa"/>
              <w:bottom w:w="0" w:type="dxa"/>
              <w:right w:w="0" w:type="dxa"/>
            </w:tcMar>
          </w:tcPr>
          <w:p w14:paraId="5E1A2FDE" w14:textId="77777777" w:rsidR="00312D47" w:rsidRDefault="00000000">
            <w:pPr>
              <w:spacing w:after="0"/>
              <w:jc w:val="center"/>
            </w:pPr>
            <w:r>
              <w:rPr>
                <w:b/>
              </w:rPr>
              <w:t>TÊN THƯƠNG NHÂN</w:t>
            </w:r>
          </w:p>
        </w:tc>
        <w:tc>
          <w:tcPr>
            <w:tcW w:w="5953" w:type="dxa"/>
            <w:tcMar>
              <w:top w:w="0" w:type="dxa"/>
              <w:left w:w="0" w:type="dxa"/>
              <w:bottom w:w="0" w:type="dxa"/>
              <w:right w:w="0" w:type="dxa"/>
            </w:tcMar>
          </w:tcPr>
          <w:p w14:paraId="2DAB3B74" w14:textId="77777777" w:rsidR="00312D47" w:rsidRDefault="00000000">
            <w:pPr>
              <w:spacing w:after="0"/>
              <w:jc w:val="center"/>
            </w:pPr>
            <w:r>
              <w:rPr>
                <w:b/>
              </w:rPr>
              <w:t>CỘNG HÒA XÃ HỘI CHỦ NGHĨA VIỆT NAM</w:t>
            </w:r>
            <w:r>
              <w:rPr>
                <w:b/>
              </w:rPr>
              <w:br/>
              <w:t>Độc lập - Tự do - Hạnh phúc</w:t>
            </w:r>
          </w:p>
        </w:tc>
      </w:tr>
      <w:tr w:rsidR="00312D47" w14:paraId="61B0E4D3" w14:textId="77777777">
        <w:trPr>
          <w:cantSplit/>
          <w:jc w:val="center"/>
        </w:trPr>
        <w:tc>
          <w:tcPr>
            <w:tcW w:w="3118" w:type="dxa"/>
            <w:tcMar>
              <w:top w:w="0" w:type="dxa"/>
              <w:left w:w="0" w:type="dxa"/>
              <w:bottom w:w="0" w:type="dxa"/>
              <w:right w:w="0" w:type="dxa"/>
            </w:tcMar>
          </w:tcPr>
          <w:p w14:paraId="3C9FB47A" w14:textId="77777777" w:rsidR="00312D47" w:rsidRDefault="00312D47">
            <w:pPr>
              <w:pBdr>
                <w:bottom w:val="single" w:sz="6" w:space="1" w:color="000000"/>
              </w:pBdr>
              <w:spacing w:after="40" w:line="120" w:lineRule="auto"/>
              <w:ind w:left="1020" w:right="1020"/>
              <w:jc w:val="center"/>
            </w:pPr>
          </w:p>
        </w:tc>
        <w:tc>
          <w:tcPr>
            <w:tcW w:w="5953" w:type="dxa"/>
            <w:tcMar>
              <w:top w:w="0" w:type="dxa"/>
              <w:left w:w="0" w:type="dxa"/>
              <w:bottom w:w="0" w:type="dxa"/>
              <w:right w:w="0" w:type="dxa"/>
            </w:tcMar>
          </w:tcPr>
          <w:p w14:paraId="55DB8602" w14:textId="77777777" w:rsidR="00312D47" w:rsidRDefault="00312D47">
            <w:pPr>
              <w:pBdr>
                <w:bottom w:val="single" w:sz="6" w:space="1" w:color="000000"/>
              </w:pBdr>
              <w:spacing w:after="40" w:line="120" w:lineRule="auto"/>
              <w:ind w:left="1077" w:right="1077"/>
              <w:jc w:val="center"/>
            </w:pPr>
          </w:p>
        </w:tc>
      </w:tr>
      <w:tr w:rsidR="00312D47" w14:paraId="2FE5A66F" w14:textId="77777777">
        <w:trPr>
          <w:cantSplit/>
          <w:jc w:val="center"/>
        </w:trPr>
        <w:tc>
          <w:tcPr>
            <w:tcW w:w="3118" w:type="dxa"/>
            <w:tcMar>
              <w:top w:w="0" w:type="dxa"/>
              <w:left w:w="0" w:type="dxa"/>
              <w:bottom w:w="0" w:type="dxa"/>
              <w:right w:w="0" w:type="dxa"/>
            </w:tcMar>
          </w:tcPr>
          <w:p w14:paraId="5A475448" w14:textId="77777777" w:rsidR="00312D47" w:rsidRDefault="00000000">
            <w:pPr>
              <w:spacing w:after="0"/>
              <w:jc w:val="center"/>
            </w:pPr>
            <w:r>
              <w:t>Số: ..........</w:t>
            </w:r>
          </w:p>
        </w:tc>
        <w:tc>
          <w:tcPr>
            <w:tcW w:w="5953" w:type="dxa"/>
            <w:tcMar>
              <w:top w:w="0" w:type="dxa"/>
              <w:left w:w="0" w:type="dxa"/>
              <w:bottom w:w="0" w:type="dxa"/>
              <w:right w:w="0" w:type="dxa"/>
            </w:tcMar>
          </w:tcPr>
          <w:p w14:paraId="7D7941FE" w14:textId="77777777" w:rsidR="00312D47" w:rsidRDefault="00000000">
            <w:pPr>
              <w:spacing w:after="0"/>
              <w:jc w:val="center"/>
            </w:pPr>
            <w:r>
              <w:rPr>
                <w:i/>
              </w:rPr>
              <w:t>....., ngày     tháng     năm 20...</w:t>
            </w:r>
          </w:p>
        </w:tc>
      </w:tr>
    </w:tbl>
    <w:p w14:paraId="182EBF3A" w14:textId="77777777" w:rsidR="00312D47" w:rsidRDefault="00312D47">
      <w:pPr>
        <w:spacing w:after="20" w:line="120" w:lineRule="auto"/>
      </w:pPr>
    </w:p>
    <w:p w14:paraId="546AD1CF" w14:textId="77777777" w:rsidR="00312D47" w:rsidRDefault="00000000">
      <w:pPr>
        <w:keepNext/>
        <w:spacing w:after="0"/>
        <w:jc w:val="center"/>
      </w:pPr>
      <w:r>
        <w:rPr>
          <w:b/>
        </w:rPr>
        <w:t>ĐĂNG KÝ TỔ CHỨC</w:t>
      </w:r>
    </w:p>
    <w:p w14:paraId="20FFE5D1" w14:textId="77777777" w:rsidR="00312D47" w:rsidRDefault="00000000">
      <w:pPr>
        <w:keepNext/>
        <w:spacing w:after="40"/>
        <w:jc w:val="center"/>
      </w:pPr>
      <w:r>
        <w:rPr>
          <w:b/>
        </w:rPr>
        <w:t>HỘI CHỢ, TRIỂN LÃM THƯƠNG MẠI</w:t>
      </w:r>
    </w:p>
    <w:p w14:paraId="142040D2" w14:textId="77777777" w:rsidR="00312D47" w:rsidRDefault="00312D47">
      <w:pPr>
        <w:pBdr>
          <w:bottom w:val="single" w:sz="6" w:space="1" w:color="000000"/>
        </w:pBdr>
        <w:spacing w:after="80" w:line="120" w:lineRule="auto"/>
        <w:ind w:left="3855" w:right="3855"/>
        <w:jc w:val="center"/>
      </w:pPr>
    </w:p>
    <w:p w14:paraId="34636D1D" w14:textId="77777777" w:rsidR="00312D47" w:rsidRDefault="00000000">
      <w:pPr>
        <w:spacing w:after="80"/>
        <w:jc w:val="center"/>
      </w:pPr>
      <w:r>
        <w:t>Kính gửi: ..............................</w:t>
      </w:r>
    </w:p>
    <w:p w14:paraId="655DCD8C" w14:textId="77777777" w:rsidR="00312D47" w:rsidRDefault="00000000">
      <w:pPr>
        <w:numPr>
          <w:ilvl w:val="0"/>
          <w:numId w:val="1"/>
        </w:numPr>
        <w:tabs>
          <w:tab w:val="right" w:leader="dot" w:pos="8504"/>
        </w:tabs>
        <w:spacing w:after="20"/>
      </w:pPr>
      <w:r>
        <w:rPr>
          <w:sz w:val="25"/>
        </w:rPr>
        <w:t>Tên thương nhân:</w:t>
      </w:r>
      <w:r>
        <w:rPr>
          <w:sz w:val="25"/>
        </w:rPr>
        <w:tab/>
      </w:r>
    </w:p>
    <w:p w14:paraId="5AA34FCC" w14:textId="77777777" w:rsidR="00312D47" w:rsidRDefault="00000000">
      <w:pPr>
        <w:numPr>
          <w:ilvl w:val="0"/>
          <w:numId w:val="1"/>
        </w:numPr>
        <w:tabs>
          <w:tab w:val="right" w:leader="dot" w:pos="8504"/>
        </w:tabs>
        <w:spacing w:after="20"/>
      </w:pPr>
      <w:r>
        <w:rPr>
          <w:sz w:val="25"/>
        </w:rPr>
        <w:t>Địa chỉ trụ sở chính:</w:t>
      </w:r>
      <w:r>
        <w:rPr>
          <w:sz w:val="25"/>
        </w:rPr>
        <w:tab/>
      </w:r>
    </w:p>
    <w:p w14:paraId="46391A14" w14:textId="77777777" w:rsidR="00312D47" w:rsidRDefault="00000000">
      <w:pPr>
        <w:numPr>
          <w:ilvl w:val="0"/>
          <w:numId w:val="1"/>
        </w:numPr>
        <w:spacing w:after="20"/>
      </w:pPr>
      <w:r>
        <w:t>Điện thoại: ...............   Fax: ...............   Email: ..............................</w:t>
      </w:r>
    </w:p>
    <w:p w14:paraId="17AA4A5C" w14:textId="77777777" w:rsidR="00312D47" w:rsidRDefault="00000000">
      <w:pPr>
        <w:numPr>
          <w:ilvl w:val="0"/>
          <w:numId w:val="1"/>
        </w:numPr>
        <w:tabs>
          <w:tab w:val="right" w:leader="dot" w:pos="8504"/>
        </w:tabs>
        <w:spacing w:after="20"/>
      </w:pPr>
      <w:r>
        <w:rPr>
          <w:sz w:val="25"/>
        </w:rPr>
        <w:t>Mã số thuế:</w:t>
      </w:r>
      <w:r>
        <w:rPr>
          <w:sz w:val="25"/>
        </w:rPr>
        <w:tab/>
      </w:r>
    </w:p>
    <w:p w14:paraId="7AF35DC5" w14:textId="77777777" w:rsidR="00312D47" w:rsidRDefault="00000000">
      <w:pPr>
        <w:numPr>
          <w:ilvl w:val="0"/>
          <w:numId w:val="1"/>
        </w:numPr>
        <w:spacing w:after="20"/>
      </w:pPr>
      <w:r>
        <w:t>Người liên hệ: ..............................   Điện thoại: ..............................</w:t>
      </w:r>
    </w:p>
    <w:p w14:paraId="6561512A" w14:textId="77777777" w:rsidR="00312D47" w:rsidRDefault="00000000">
      <w:pPr>
        <w:spacing w:line="252" w:lineRule="auto"/>
        <w:ind w:firstLine="567"/>
        <w:jc w:val="both"/>
      </w:pPr>
      <w:r>
        <w:t xml:space="preserve">Căn cứ Luật thương mại, Nghị định số 81/2018/NĐ-CP ngày 22 tháng 5 năm 2018 của Chính phủ quy định chi tiết Luật thương mại về hoạt động xúc tiến thương mại, </w:t>
      </w:r>
      <w:r>
        <w:rPr>
          <w:i/>
        </w:rPr>
        <w:t>(tên thương nhân)</w:t>
      </w:r>
      <w:r>
        <w:t xml:space="preserve"> đăng ký tổ chức hội chợ, triển lãm thương mại ........................................ tại tỉnh/thành phố (tại nước ngoài) như sau:</w:t>
      </w:r>
    </w:p>
    <w:p w14:paraId="6173A92C" w14:textId="151F3345" w:rsidR="00312D47" w:rsidRDefault="00000000" w:rsidP="006043B9">
      <w:pPr>
        <w:pStyle w:val="ListParagraph"/>
        <w:keepNext/>
        <w:numPr>
          <w:ilvl w:val="0"/>
          <w:numId w:val="2"/>
        </w:numPr>
        <w:spacing w:after="40"/>
      </w:pPr>
      <w:r>
        <w:t>Hội chợ/triển lãm thương mại thứ 1:</w:t>
      </w:r>
    </w:p>
    <w:p w14:paraId="2D2DF2EC" w14:textId="77777777" w:rsidR="00312D47" w:rsidRDefault="00000000">
      <w:pPr>
        <w:numPr>
          <w:ilvl w:val="0"/>
          <w:numId w:val="1"/>
        </w:numPr>
        <w:tabs>
          <w:tab w:val="right" w:leader="dot" w:pos="8504"/>
        </w:tabs>
        <w:spacing w:after="20"/>
      </w:pPr>
      <w:r>
        <w:t>Tên tiếng Việt (tên đầy đủ/viết tắt):</w:t>
      </w:r>
      <w:r>
        <w:tab/>
      </w:r>
    </w:p>
    <w:p w14:paraId="56CD1DD3" w14:textId="77777777" w:rsidR="00312D47" w:rsidRDefault="00000000">
      <w:pPr>
        <w:numPr>
          <w:ilvl w:val="0"/>
          <w:numId w:val="1"/>
        </w:numPr>
        <w:tabs>
          <w:tab w:val="right" w:leader="dot" w:pos="8504"/>
        </w:tabs>
        <w:spacing w:after="20"/>
      </w:pPr>
      <w:r>
        <w:t>Tên tiếng Anh (tên đầy đủ/viết tắt):</w:t>
      </w:r>
      <w:r>
        <w:tab/>
      </w:r>
    </w:p>
    <w:p w14:paraId="15FE1C8B" w14:textId="77777777" w:rsidR="00312D47" w:rsidRDefault="00000000">
      <w:pPr>
        <w:numPr>
          <w:ilvl w:val="0"/>
          <w:numId w:val="1"/>
        </w:numPr>
        <w:tabs>
          <w:tab w:val="right" w:leader="dot" w:pos="8504"/>
        </w:tabs>
        <w:spacing w:after="20"/>
      </w:pPr>
      <w:r>
        <w:t>Thời gian:</w:t>
      </w:r>
      <w:r>
        <w:tab/>
      </w:r>
    </w:p>
    <w:p w14:paraId="5099C1C2" w14:textId="77777777" w:rsidR="00312D47" w:rsidRDefault="00000000">
      <w:pPr>
        <w:numPr>
          <w:ilvl w:val="0"/>
          <w:numId w:val="1"/>
        </w:numPr>
        <w:tabs>
          <w:tab w:val="right" w:leader="dot" w:pos="8504"/>
        </w:tabs>
        <w:spacing w:after="20"/>
      </w:pPr>
      <w:r>
        <w:t>Địa điểm:</w:t>
      </w:r>
      <w:r>
        <w:tab/>
      </w:r>
    </w:p>
    <w:p w14:paraId="35AB1155" w14:textId="77777777" w:rsidR="00312D47" w:rsidRDefault="00000000">
      <w:pPr>
        <w:numPr>
          <w:ilvl w:val="0"/>
          <w:numId w:val="1"/>
        </w:numPr>
        <w:tabs>
          <w:tab w:val="right" w:leader="dot" w:pos="8504"/>
        </w:tabs>
        <w:spacing w:after="20"/>
      </w:pPr>
      <w:r>
        <w:t>Chủ đề (nếu có):</w:t>
      </w:r>
      <w:r>
        <w:tab/>
      </w:r>
    </w:p>
    <w:p w14:paraId="7EC4CC42" w14:textId="77777777" w:rsidR="00312D47" w:rsidRDefault="00000000">
      <w:pPr>
        <w:numPr>
          <w:ilvl w:val="0"/>
          <w:numId w:val="1"/>
        </w:numPr>
        <w:tabs>
          <w:tab w:val="right" w:leader="dot" w:pos="8504"/>
        </w:tabs>
        <w:spacing w:after="20"/>
      </w:pPr>
      <w:r>
        <w:t>Ngành hàng dự kiến tham gia:</w:t>
      </w:r>
      <w:r>
        <w:tab/>
      </w:r>
    </w:p>
    <w:p w14:paraId="5EDCECC5" w14:textId="77777777" w:rsidR="00312D47" w:rsidRDefault="00000000">
      <w:pPr>
        <w:numPr>
          <w:ilvl w:val="0"/>
          <w:numId w:val="1"/>
        </w:numPr>
        <w:tabs>
          <w:tab w:val="right" w:leader="dot" w:pos="8504"/>
        </w:tabs>
        <w:spacing w:after="20"/>
      </w:pPr>
      <w:r>
        <w:t>Quy mô dự kiến (Số lượng gian hàng hoặc số doanh nghiệp):</w:t>
      </w:r>
      <w:r>
        <w:tab/>
      </w:r>
    </w:p>
    <w:p w14:paraId="5C7437E0" w14:textId="77777777" w:rsidR="00312D47" w:rsidRDefault="00000000">
      <w:pPr>
        <w:numPr>
          <w:ilvl w:val="0"/>
          <w:numId w:val="1"/>
        </w:numPr>
        <w:tabs>
          <w:tab w:val="right" w:leader="dot" w:pos="8504"/>
        </w:tabs>
        <w:spacing w:after="20"/>
      </w:pPr>
      <w:r>
        <w:t>Việc trưng bày hàng giả, hàng xâm phạm quyền sở hữu trí tuệ để so sánh với hàng thật (nếu có):</w:t>
      </w:r>
      <w:r>
        <w:tab/>
      </w:r>
    </w:p>
    <w:p w14:paraId="7190854E" w14:textId="77777777" w:rsidR="00312D47" w:rsidRDefault="00000000">
      <w:pPr>
        <w:numPr>
          <w:ilvl w:val="0"/>
          <w:numId w:val="1"/>
        </w:numPr>
        <w:tabs>
          <w:tab w:val="right" w:leader="dot" w:pos="8504"/>
        </w:tabs>
        <w:spacing w:after="20"/>
      </w:pPr>
      <w:r>
        <w:t>Việc tổ chức cấp giải thưởng, chứng nhận chất lượng, danh hiệu của hàng hóa, dịch vụ, chứng nhận uy tín, danh hiệu của thương nhân, tổ chức hoặc cá nhân tham gia hội chợ, triển lãm thương mại (nếu có):</w:t>
      </w:r>
      <w:r>
        <w:tab/>
      </w:r>
    </w:p>
    <w:p w14:paraId="505707FB" w14:textId="77777777" w:rsidR="00312D47" w:rsidRDefault="00000000">
      <w:pPr>
        <w:numPr>
          <w:ilvl w:val="0"/>
          <w:numId w:val="1"/>
        </w:numPr>
        <w:tabs>
          <w:tab w:val="right" w:leader="dot" w:pos="8504"/>
        </w:tabs>
        <w:spacing w:after="20"/>
      </w:pPr>
      <w:r>
        <w:t>Việc sử dụng danh nghĩa Quốc gia Việt Nam hoặc danh nghĩa tỉnh, thành phố (nếu có):</w:t>
      </w:r>
      <w:r>
        <w:tab/>
      </w:r>
    </w:p>
    <w:p w14:paraId="35DA11C2" w14:textId="4FD9690D" w:rsidR="00312D47" w:rsidRDefault="00000000" w:rsidP="006043B9">
      <w:pPr>
        <w:pStyle w:val="ListParagraph"/>
        <w:keepNext/>
        <w:pageBreakBefore/>
        <w:numPr>
          <w:ilvl w:val="0"/>
          <w:numId w:val="2"/>
        </w:numPr>
      </w:pPr>
      <w:r>
        <w:lastRenderedPageBreak/>
        <w:t>Hội chợ/triển lãm thương mại thứ ...</w:t>
      </w:r>
    </w:p>
    <w:p w14:paraId="09E816B2" w14:textId="5DBE8B17" w:rsidR="00312D47" w:rsidRDefault="00000000" w:rsidP="006043B9">
      <w:pPr>
        <w:pStyle w:val="ListBullet"/>
      </w:pPr>
      <w:r>
        <w:t>Tên tiếng Việt (tên đầy đủ/viết tắt):</w:t>
      </w:r>
      <w:r>
        <w:tab/>
      </w:r>
    </w:p>
    <w:p w14:paraId="0FDB2C0D" w14:textId="219E91B6" w:rsidR="006043B9" w:rsidRDefault="00000000" w:rsidP="006043B9">
      <w:pPr>
        <w:pStyle w:val="ListBullet"/>
      </w:pPr>
      <w:r>
        <w:t>Tên tiếng Anh (tên đầy đủ/viết tắt):</w:t>
      </w:r>
      <w:r>
        <w:tab/>
      </w:r>
    </w:p>
    <w:p w14:paraId="5C8FC04C" w14:textId="511F66BB" w:rsidR="00312D47" w:rsidRDefault="00000000" w:rsidP="006043B9">
      <w:pPr>
        <w:pStyle w:val="ListBullet"/>
      </w:pPr>
      <w:r>
        <w:t>Thời gian:</w:t>
      </w:r>
      <w:r>
        <w:tab/>
      </w:r>
    </w:p>
    <w:p w14:paraId="11D10B17" w14:textId="5BA2F221" w:rsidR="00312D47" w:rsidRDefault="00000000" w:rsidP="006043B9">
      <w:pPr>
        <w:pStyle w:val="ListBullet"/>
      </w:pPr>
      <w:r>
        <w:t>Địa điểm:</w:t>
      </w:r>
      <w:r>
        <w:tab/>
      </w:r>
    </w:p>
    <w:p w14:paraId="1BA31EEA" w14:textId="32FCCF86" w:rsidR="00312D47" w:rsidRDefault="00000000" w:rsidP="006043B9">
      <w:pPr>
        <w:pStyle w:val="ListBullet"/>
      </w:pPr>
      <w:r>
        <w:t>Chủ đề (nếu có):</w:t>
      </w:r>
      <w:r>
        <w:tab/>
      </w:r>
    </w:p>
    <w:p w14:paraId="5BE5BB44" w14:textId="4E09E3CD" w:rsidR="00312D47" w:rsidRDefault="00000000" w:rsidP="006043B9">
      <w:pPr>
        <w:pStyle w:val="ListBullet"/>
      </w:pPr>
      <w:r>
        <w:t>Ngành hàng dự kiến tham gia:</w:t>
      </w:r>
      <w:r>
        <w:tab/>
      </w:r>
    </w:p>
    <w:p w14:paraId="174E0BC1" w14:textId="15B04327" w:rsidR="00312D47" w:rsidRDefault="00000000" w:rsidP="006043B9">
      <w:pPr>
        <w:pStyle w:val="ListBullet"/>
      </w:pPr>
      <w:r>
        <w:t>Quy mô dự kiến (Số lượng gian hàng hoặc số doanh nghiệp):</w:t>
      </w:r>
      <w:r>
        <w:tab/>
      </w:r>
    </w:p>
    <w:p w14:paraId="28259BBE" w14:textId="2599DD84" w:rsidR="00312D47" w:rsidRDefault="00000000" w:rsidP="006043B9">
      <w:pPr>
        <w:pStyle w:val="ListBullet"/>
      </w:pPr>
      <w:r>
        <w:t>Việc trưng bày hàng giả, hàng xâm phạm quyền sở hữu trí tuệ để so sánh với hàng thật (nếu có):</w:t>
      </w:r>
      <w:r>
        <w:tab/>
      </w:r>
    </w:p>
    <w:p w14:paraId="45D49D71" w14:textId="7D76BFA9" w:rsidR="00312D47" w:rsidRDefault="00000000" w:rsidP="006043B9">
      <w:pPr>
        <w:pStyle w:val="ListBullet"/>
      </w:pPr>
      <w:r>
        <w:t>Việc tổ chức cấp giải thưởng, chứng nhận chất lượng, danh hiệu của hàng hóa, dịch vụ, chứng nhận uy tín, danh hiệu của thương nhân, tổ chức hoặc cá nhân tham gia hội chợ, triển lãm thương mại (nếu có):</w:t>
      </w:r>
      <w:r>
        <w:tab/>
      </w:r>
    </w:p>
    <w:p w14:paraId="08A8D497" w14:textId="1A18F838" w:rsidR="00312D47" w:rsidRDefault="00000000" w:rsidP="006043B9">
      <w:pPr>
        <w:pStyle w:val="ListBullet"/>
      </w:pPr>
      <w:r>
        <w:t>Việc sử dụng danh nghĩa Quốc gia Việt Nam hoặc danh nghĩa tỉnh, thành phố (nếu có):</w:t>
      </w:r>
      <w:r>
        <w:tab/>
      </w:r>
    </w:p>
    <w:p w14:paraId="4FF064D8" w14:textId="283E5F2C" w:rsidR="00312D47" w:rsidRDefault="00000000" w:rsidP="006043B9">
      <w:pPr>
        <w:spacing w:after="80" w:line="276" w:lineRule="auto"/>
        <w:ind w:left="567"/>
        <w:jc w:val="both"/>
      </w:pPr>
      <w:r>
        <w:rPr>
          <w:i/>
        </w:rPr>
        <w:t>(Tên thương nhân)</w:t>
      </w:r>
      <w:r>
        <w:t xml:space="preserve"> cam kết thực hiện đúng và hoàn toàn chịu trách nhiệm về những nội dung đăng ký trên theo các quy định của pháp luật hiện hành.</w:t>
      </w:r>
    </w:p>
    <w:p w14:paraId="545990F4" w14:textId="77777777" w:rsidR="00312D47" w:rsidRDefault="00000000" w:rsidP="006043B9">
      <w:pPr>
        <w:spacing w:after="160" w:line="276" w:lineRule="auto"/>
        <w:ind w:left="567"/>
        <w:jc w:val="both"/>
      </w:pPr>
      <w:r>
        <w:t xml:space="preserve">Trong thời hạn 30 ngày kể từ ngày kết thúc hội chợ, triển lãm thương mại, </w:t>
      </w:r>
      <w:r>
        <w:rPr>
          <w:i/>
        </w:rPr>
        <w:t>(tên thương nhân)</w:t>
      </w:r>
      <w:r>
        <w:t xml:space="preserve"> sẽ báo cáo kết quả thực hiện tới Quý Cục (Sở).</w:t>
      </w:r>
    </w:p>
    <w:tbl>
      <w:tblPr>
        <w:tblW w:w="9071" w:type="dxa"/>
        <w:jc w:val="center"/>
        <w:tblLayout w:type="fixed"/>
        <w:tblLook w:val="04A0" w:firstRow="1" w:lastRow="0" w:firstColumn="1" w:lastColumn="0" w:noHBand="0" w:noVBand="1"/>
      </w:tblPr>
      <w:tblGrid>
        <w:gridCol w:w="2268"/>
        <w:gridCol w:w="6803"/>
      </w:tblGrid>
      <w:tr w:rsidR="00312D47" w14:paraId="3937CD13" w14:textId="77777777">
        <w:trPr>
          <w:cantSplit/>
          <w:jc w:val="center"/>
        </w:trPr>
        <w:tc>
          <w:tcPr>
            <w:tcW w:w="2268" w:type="dxa"/>
            <w:tcMar>
              <w:top w:w="0" w:type="dxa"/>
              <w:left w:w="80" w:type="dxa"/>
              <w:bottom w:w="0" w:type="dxa"/>
              <w:right w:w="80" w:type="dxa"/>
            </w:tcMar>
          </w:tcPr>
          <w:p w14:paraId="0B1ABC5B" w14:textId="77777777" w:rsidR="00312D47" w:rsidRDefault="00312D47">
            <w:pPr>
              <w:spacing w:after="0"/>
            </w:pPr>
          </w:p>
        </w:tc>
        <w:tc>
          <w:tcPr>
            <w:tcW w:w="6803" w:type="dxa"/>
            <w:tcMar>
              <w:top w:w="0" w:type="dxa"/>
              <w:left w:w="80" w:type="dxa"/>
              <w:bottom w:w="0" w:type="dxa"/>
              <w:right w:w="80" w:type="dxa"/>
            </w:tcMar>
          </w:tcPr>
          <w:p w14:paraId="1BB8AF20" w14:textId="77777777" w:rsidR="00312D47" w:rsidRDefault="00000000">
            <w:pPr>
              <w:spacing w:after="0"/>
              <w:jc w:val="center"/>
            </w:pPr>
            <w:r>
              <w:rPr>
                <w:b/>
                <w:sz w:val="24"/>
              </w:rPr>
              <w:t>ĐẠI DIỆN THEO PHÁP LUẬT CỦA DOANH NGHIỆP</w:t>
            </w:r>
          </w:p>
          <w:p w14:paraId="17231DB8" w14:textId="77777777" w:rsidR="00312D47" w:rsidRDefault="00000000">
            <w:pPr>
              <w:spacing w:after="0"/>
              <w:jc w:val="center"/>
            </w:pPr>
            <w:r>
              <w:rPr>
                <w:i/>
              </w:rPr>
              <w:t>(Ký tên và đóng dấu)</w:t>
            </w:r>
          </w:p>
        </w:tc>
      </w:tr>
    </w:tbl>
    <w:p w14:paraId="2CC31258" w14:textId="77777777" w:rsidR="00312D47" w:rsidRDefault="00312D47">
      <w:pPr>
        <w:spacing w:after="240"/>
      </w:pPr>
    </w:p>
    <w:p w14:paraId="52A37589" w14:textId="77777777" w:rsidR="00312D47" w:rsidRDefault="00000000">
      <w:pPr>
        <w:spacing w:after="0"/>
      </w:pPr>
      <w:r>
        <w:rPr>
          <w:b/>
          <w:i/>
        </w:rPr>
        <w:t>Hồ sơ gửi kèm:</w:t>
      </w:r>
    </w:p>
    <w:p w14:paraId="63E0F21E" w14:textId="77777777" w:rsidR="00312D47" w:rsidRDefault="00000000">
      <w:pPr>
        <w:spacing w:after="0" w:line="252" w:lineRule="auto"/>
      </w:pPr>
      <w:r>
        <w:t>Bản sao Giấy chứng nhận đăng ký doanh nghiệp (hoặc tương đương) có chức năng kinh doanh hội chợ, triển lãm thương mại.</w:t>
      </w:r>
    </w:p>
    <w:sectPr w:rsidR="00312D47" w:rsidSect="00034616">
      <w:headerReference w:type="default" r:id="rId8"/>
      <w:pgSz w:w="11906" w:h="16838"/>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89C24" w14:textId="77777777" w:rsidR="00CA3C49" w:rsidRDefault="00CA3C49">
      <w:pPr>
        <w:spacing w:after="0"/>
      </w:pPr>
      <w:r>
        <w:separator/>
      </w:r>
    </w:p>
  </w:endnote>
  <w:endnote w:type="continuationSeparator" w:id="0">
    <w:p w14:paraId="50BF06E7" w14:textId="77777777" w:rsidR="00CA3C49" w:rsidRDefault="00CA3C4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47B8B" w14:textId="77777777" w:rsidR="00CA3C49" w:rsidRDefault="00CA3C49">
      <w:pPr>
        <w:spacing w:after="0"/>
      </w:pPr>
      <w:r>
        <w:separator/>
      </w:r>
    </w:p>
  </w:footnote>
  <w:footnote w:type="continuationSeparator" w:id="0">
    <w:p w14:paraId="53BE3C82" w14:textId="77777777" w:rsidR="00CA3C49" w:rsidRDefault="00CA3C4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508D6" w14:textId="77777777" w:rsidR="00312D47" w:rsidRDefault="00000000">
    <w:pPr>
      <w:pStyle w:val="Header"/>
      <w:jc w:val="center"/>
    </w:pPr>
    <w:r>
      <w:fldChar w:fldCharType="begin"/>
    </w:r>
    <w:r>
      <w:instrText xml:space="preserve"> PAGE </w:instrText>
    </w:r>
    <w:r>
      <w:fldChar w:fldCharType="separate"/>
    </w:r>
    <w:r w:rsidR="006043B9">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9EB2EF9"/>
    <w:multiLevelType w:val="singleLevel"/>
    <w:tmpl w:val="952E9AD6"/>
    <w:lvl w:ilvl="0">
      <w:start w:val="1"/>
      <w:numFmt w:val="bullet"/>
      <w:pStyle w:val="ListBullet"/>
      <w:lvlText w:val="-"/>
      <w:lvlJc w:val="left"/>
      <w:pPr>
        <w:tabs>
          <w:tab w:val="num" w:pos="700"/>
        </w:tabs>
        <w:ind w:left="700" w:hanging="350"/>
      </w:pPr>
    </w:lvl>
  </w:abstractNum>
  <w:abstractNum w:abstractNumId="10" w15:restartNumberingAfterBreak="0">
    <w:nsid w:val="2AAC33D7"/>
    <w:multiLevelType w:val="singleLevel"/>
    <w:tmpl w:val="005E66E8"/>
    <w:lvl w:ilvl="0">
      <w:start w:val="1"/>
      <w:numFmt w:val="bullet"/>
      <w:lvlText w:val="-"/>
      <w:lvlJc w:val="left"/>
      <w:pPr>
        <w:tabs>
          <w:tab w:val="num" w:pos="400"/>
        </w:tabs>
        <w:ind w:left="400" w:hanging="260"/>
      </w:pPr>
    </w:lvl>
  </w:abstractNum>
  <w:abstractNum w:abstractNumId="11" w15:restartNumberingAfterBreak="0">
    <w:nsid w:val="522C3638"/>
    <w:multiLevelType w:val="singleLevel"/>
    <w:tmpl w:val="93A0E564"/>
    <w:lvl w:ilvl="0">
      <w:start w:val="1"/>
      <w:numFmt w:val="decimal"/>
      <w:lvlText w:val="%1."/>
      <w:lvlJc w:val="left"/>
      <w:pPr>
        <w:tabs>
          <w:tab w:val="num" w:pos="700"/>
        </w:tabs>
        <w:ind w:left="700" w:hanging="350"/>
      </w:pPr>
    </w:lvl>
  </w:abstractNum>
  <w:abstractNum w:abstractNumId="12" w15:restartNumberingAfterBreak="0">
    <w:nsid w:val="772E026D"/>
    <w:multiLevelType w:val="hybridMultilevel"/>
    <w:tmpl w:val="0F4E6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8530006">
    <w:abstractNumId w:val="9"/>
  </w:num>
  <w:num w:numId="2" w16cid:durableId="7181676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12D47"/>
    <w:rsid w:val="00326F90"/>
    <w:rsid w:val="00377166"/>
    <w:rsid w:val="006043B9"/>
    <w:rsid w:val="00AA1D8D"/>
    <w:rsid w:val="00B47730"/>
    <w:rsid w:val="00CA3C4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F3A6A8"/>
  <w14:defaultImageDpi w14:val="300"/>
  <w15:docId w15:val="{49C35861-D0B7-4C18-AA2A-EE53BAB58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Times New Roman" w:eastAsia="Times New Roman" w:hAnsi="Times New Roman" w:cs="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số 10 - Đăng ký tổ chức hội chợ, triển lãm thương mại</dc:title>
  <dc:subject>Phụ lục ban hành kèm theo Nghị định số 81/2018/NĐ-CP</dc:subject>
  <dc:creator>Lê Ngân</dc:creator>
  <cp:keywords/>
  <dc:description>generated by python-docx</dc:description>
  <cp:lastModifiedBy>Lê Ngân</cp:lastModifiedBy>
  <cp:revision>2</cp:revision>
  <dcterms:created xsi:type="dcterms:W3CDTF">2026-09-02T15:01:00Z</dcterms:created>
  <dcterms:modified xsi:type="dcterms:W3CDTF">2026-09-02T15:01:00Z</dcterms:modified>
  <cp:category/>
</cp:coreProperties>
</file>