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1" w:type="dxa"/>
        <w:jc w:val="center"/>
        <w:tblLayout w:type="fixed"/>
        <w:tblLook w:val="04A0" w:firstRow="1" w:lastRow="0" w:firstColumn="1" w:lastColumn="0" w:noHBand="0" w:noVBand="1"/>
      </w:tblPr>
      <w:tblGrid>
        <w:gridCol w:w="3118"/>
        <w:gridCol w:w="5953"/>
      </w:tblGrid>
      <w:tr w:rsidR="00BB5315" w14:paraId="11639B38" w14:textId="77777777">
        <w:trPr>
          <w:jc w:val="center"/>
        </w:trPr>
        <w:tc>
          <w:tcPr>
            <w:tcW w:w="3118" w:type="dxa"/>
            <w:tcMar>
              <w:top w:w="0" w:type="dxa"/>
              <w:left w:w="0" w:type="dxa"/>
              <w:bottom w:w="0" w:type="dxa"/>
              <w:right w:w="0" w:type="dxa"/>
            </w:tcMar>
          </w:tcPr>
          <w:p w14:paraId="7E808AF6" w14:textId="77777777" w:rsidR="00BB5315" w:rsidRDefault="00BB5315"/>
        </w:tc>
        <w:tc>
          <w:tcPr>
            <w:tcW w:w="5953" w:type="dxa"/>
            <w:tcMar>
              <w:top w:w="0" w:type="dxa"/>
              <w:left w:w="0" w:type="dxa"/>
              <w:bottom w:w="0" w:type="dxa"/>
              <w:right w:w="0" w:type="dxa"/>
            </w:tcMar>
          </w:tcPr>
          <w:p w14:paraId="245FFC6D" w14:textId="77777777" w:rsidR="00BB5315" w:rsidRDefault="00000000">
            <w:pPr>
              <w:spacing w:after="40" w:line="240" w:lineRule="auto"/>
              <w:jc w:val="right"/>
            </w:pPr>
            <w:r>
              <w:rPr>
                <w:b/>
              </w:rPr>
              <w:t>Mẫu số 01</w:t>
            </w:r>
          </w:p>
        </w:tc>
      </w:tr>
      <w:tr w:rsidR="00BB5315" w14:paraId="4AB0AD99" w14:textId="77777777">
        <w:trPr>
          <w:jc w:val="center"/>
        </w:trPr>
        <w:tc>
          <w:tcPr>
            <w:tcW w:w="3118" w:type="dxa"/>
            <w:tcMar>
              <w:top w:w="0" w:type="dxa"/>
              <w:left w:w="0" w:type="dxa"/>
              <w:bottom w:w="0" w:type="dxa"/>
              <w:right w:w="0" w:type="dxa"/>
            </w:tcMar>
          </w:tcPr>
          <w:p w14:paraId="354680F8" w14:textId="77777777" w:rsidR="00BB5315" w:rsidRDefault="00000000">
            <w:pPr>
              <w:spacing w:after="0" w:line="240" w:lineRule="auto"/>
              <w:jc w:val="center"/>
            </w:pPr>
            <w:r>
              <w:rPr>
                <w:b/>
              </w:rPr>
              <w:t>ĐƠN VỊ TỔ CHỨC</w:t>
            </w:r>
          </w:p>
        </w:tc>
        <w:tc>
          <w:tcPr>
            <w:tcW w:w="5953" w:type="dxa"/>
            <w:tcMar>
              <w:top w:w="0" w:type="dxa"/>
              <w:left w:w="0" w:type="dxa"/>
              <w:bottom w:w="0" w:type="dxa"/>
              <w:right w:w="0" w:type="dxa"/>
            </w:tcMar>
          </w:tcPr>
          <w:p w14:paraId="6CCE8AD3" w14:textId="77777777" w:rsidR="00BB5315" w:rsidRDefault="00000000">
            <w:pPr>
              <w:spacing w:after="0" w:line="240" w:lineRule="auto"/>
              <w:jc w:val="center"/>
            </w:pPr>
            <w:r>
              <w:rPr>
                <w:b/>
              </w:rPr>
              <w:t>CỘNG HÒA XÃ HỘI CHỦ NGHĨA VIỆT NAM</w:t>
            </w:r>
            <w:r>
              <w:rPr>
                <w:b/>
              </w:rPr>
              <w:br/>
              <w:t>Độc lập - Tự do - Hạnh phúc</w:t>
            </w:r>
          </w:p>
        </w:tc>
      </w:tr>
      <w:tr w:rsidR="00BB5315" w14:paraId="27BD67B3" w14:textId="77777777">
        <w:trPr>
          <w:jc w:val="center"/>
        </w:trPr>
        <w:tc>
          <w:tcPr>
            <w:tcW w:w="3118" w:type="dxa"/>
            <w:tcMar>
              <w:top w:w="0" w:type="dxa"/>
              <w:left w:w="0" w:type="dxa"/>
              <w:bottom w:w="0" w:type="dxa"/>
              <w:right w:w="0" w:type="dxa"/>
            </w:tcMar>
          </w:tcPr>
          <w:p w14:paraId="7700A49D" w14:textId="77777777" w:rsidR="00BB5315" w:rsidRDefault="00BB5315">
            <w:pPr>
              <w:pBdr>
                <w:bottom w:val="single" w:sz="6" w:space="1" w:color="000000"/>
              </w:pBdr>
              <w:spacing w:after="60" w:line="120" w:lineRule="auto"/>
              <w:ind w:left="1077" w:right="1077"/>
              <w:jc w:val="center"/>
            </w:pPr>
          </w:p>
        </w:tc>
        <w:tc>
          <w:tcPr>
            <w:tcW w:w="5953" w:type="dxa"/>
            <w:tcMar>
              <w:top w:w="0" w:type="dxa"/>
              <w:left w:w="0" w:type="dxa"/>
              <w:bottom w:w="0" w:type="dxa"/>
              <w:right w:w="0" w:type="dxa"/>
            </w:tcMar>
          </w:tcPr>
          <w:p w14:paraId="6EB819A9" w14:textId="77777777" w:rsidR="00BB5315" w:rsidRDefault="00BB5315">
            <w:pPr>
              <w:pBdr>
                <w:bottom w:val="single" w:sz="6" w:space="1" w:color="000000"/>
              </w:pBdr>
              <w:spacing w:after="60" w:line="120" w:lineRule="auto"/>
              <w:ind w:left="1134" w:right="1134"/>
              <w:jc w:val="center"/>
            </w:pPr>
          </w:p>
        </w:tc>
      </w:tr>
      <w:tr w:rsidR="00BB5315" w14:paraId="3F65760C" w14:textId="77777777">
        <w:trPr>
          <w:jc w:val="center"/>
        </w:trPr>
        <w:tc>
          <w:tcPr>
            <w:tcW w:w="3118" w:type="dxa"/>
            <w:tcMar>
              <w:top w:w="0" w:type="dxa"/>
              <w:left w:w="0" w:type="dxa"/>
              <w:bottom w:w="0" w:type="dxa"/>
              <w:right w:w="0" w:type="dxa"/>
            </w:tcMar>
          </w:tcPr>
          <w:p w14:paraId="284008E2" w14:textId="77777777" w:rsidR="00BB5315" w:rsidRDefault="00000000">
            <w:pPr>
              <w:spacing w:after="0" w:line="240" w:lineRule="auto"/>
              <w:jc w:val="center"/>
            </w:pPr>
            <w:r>
              <w:t>Số: …..</w:t>
            </w:r>
          </w:p>
        </w:tc>
        <w:tc>
          <w:tcPr>
            <w:tcW w:w="5953" w:type="dxa"/>
            <w:tcMar>
              <w:top w:w="0" w:type="dxa"/>
              <w:left w:w="0" w:type="dxa"/>
              <w:bottom w:w="0" w:type="dxa"/>
              <w:right w:w="0" w:type="dxa"/>
            </w:tcMar>
          </w:tcPr>
          <w:p w14:paraId="3BA18B30" w14:textId="77777777" w:rsidR="00BB5315" w:rsidRDefault="00000000">
            <w:pPr>
              <w:spacing w:after="0" w:line="240" w:lineRule="auto"/>
              <w:jc w:val="center"/>
            </w:pPr>
            <w:r>
              <w:rPr>
                <w:i/>
              </w:rPr>
              <w:t>Địa điểm, ngày ….. tháng ….. năm …..</w:t>
            </w:r>
          </w:p>
        </w:tc>
      </w:tr>
    </w:tbl>
    <w:p w14:paraId="326E7A62" w14:textId="77777777" w:rsidR="00BB5315" w:rsidRDefault="00BB5315">
      <w:pPr>
        <w:spacing w:after="60" w:line="120" w:lineRule="auto"/>
      </w:pPr>
    </w:p>
    <w:p w14:paraId="5359DB24" w14:textId="77777777" w:rsidR="00BB5315" w:rsidRDefault="00000000">
      <w:pPr>
        <w:spacing w:after="200"/>
      </w:pPr>
      <w:r>
        <w:rPr>
          <w:b/>
        </w:rPr>
        <w:t xml:space="preserve">Kính gửi: </w:t>
      </w:r>
      <w:r>
        <w:rPr>
          <w:i/>
        </w:rPr>
        <w:t>(Cơ quan có thẩm quyền cho phép tổ chức hội nghị, hội thảo quốc tế).</w:t>
      </w:r>
    </w:p>
    <w:tbl>
      <w:tblPr>
        <w:tblW w:w="9071" w:type="dxa"/>
        <w:jc w:val="center"/>
        <w:tblLayout w:type="fixed"/>
        <w:tblLook w:val="04A0" w:firstRow="1" w:lastRow="0" w:firstColumn="1" w:lastColumn="0" w:noHBand="0" w:noVBand="1"/>
      </w:tblPr>
      <w:tblGrid>
        <w:gridCol w:w="9071"/>
      </w:tblGrid>
      <w:tr w:rsidR="00BB5315" w14:paraId="53999E08" w14:textId="77777777">
        <w:trPr>
          <w:jc w:val="center"/>
        </w:trPr>
        <w:tc>
          <w:tcPr>
            <w:tcW w:w="9071" w:type="dxa"/>
            <w:tcMar>
              <w:top w:w="0" w:type="dxa"/>
              <w:left w:w="120" w:type="dxa"/>
              <w:bottom w:w="0" w:type="dxa"/>
              <w:right w:w="120" w:type="dxa"/>
            </w:tcMar>
          </w:tcPr>
          <w:p w14:paraId="3938D03E" w14:textId="77777777" w:rsidR="00BB5315" w:rsidRDefault="00000000">
            <w:pPr>
              <w:spacing w:line="264" w:lineRule="auto"/>
              <w:ind w:left="227"/>
            </w:pPr>
            <w:r>
              <w:t>- Tên đơn vị tổ chức: ..........................     Mã định danh tổ chức: ......................</w:t>
            </w:r>
          </w:p>
        </w:tc>
      </w:tr>
      <w:tr w:rsidR="00BB5315" w14:paraId="78178F79" w14:textId="77777777">
        <w:trPr>
          <w:jc w:val="center"/>
        </w:trPr>
        <w:tc>
          <w:tcPr>
            <w:tcW w:w="9071" w:type="dxa"/>
            <w:tcMar>
              <w:top w:w="0" w:type="dxa"/>
              <w:left w:w="120" w:type="dxa"/>
              <w:bottom w:w="0" w:type="dxa"/>
              <w:right w:w="120" w:type="dxa"/>
            </w:tcMar>
          </w:tcPr>
          <w:p w14:paraId="47508BFF" w14:textId="77777777" w:rsidR="00BB5315" w:rsidRDefault="00000000">
            <w:pPr>
              <w:spacing w:line="264" w:lineRule="auto"/>
              <w:ind w:left="227"/>
            </w:pPr>
            <w:r>
              <w:t>- Địa chỉ: ........................................................................................................</w:t>
            </w:r>
          </w:p>
        </w:tc>
      </w:tr>
      <w:tr w:rsidR="00BB5315" w14:paraId="734745CF" w14:textId="77777777">
        <w:trPr>
          <w:jc w:val="center"/>
        </w:trPr>
        <w:tc>
          <w:tcPr>
            <w:tcW w:w="9071" w:type="dxa"/>
            <w:tcMar>
              <w:top w:w="0" w:type="dxa"/>
              <w:left w:w="120" w:type="dxa"/>
              <w:bottom w:w="0" w:type="dxa"/>
              <w:right w:w="120" w:type="dxa"/>
            </w:tcMar>
          </w:tcPr>
          <w:p w14:paraId="3AE80CFE" w14:textId="77777777" w:rsidR="00BB5315" w:rsidRDefault="00000000">
            <w:pPr>
              <w:spacing w:after="40" w:line="264" w:lineRule="auto"/>
              <w:ind w:left="227"/>
            </w:pPr>
            <w:r>
              <w:t>- Giấy phép thành lập/Giấy đăng ký hoạt động/Giấy chứng minh tư cách pháp nhân số</w:t>
            </w:r>
            <w:r>
              <w:rPr>
                <w:sz w:val="18"/>
                <w:vertAlign w:val="superscript"/>
              </w:rPr>
              <w:t>1</w:t>
            </w:r>
            <w:r>
              <w:t>: ........................................ Có giá trị đến ngày: ........................</w:t>
            </w:r>
          </w:p>
        </w:tc>
      </w:tr>
      <w:tr w:rsidR="00BB5315" w14:paraId="1F175B3C" w14:textId="77777777">
        <w:trPr>
          <w:jc w:val="center"/>
        </w:trPr>
        <w:tc>
          <w:tcPr>
            <w:tcW w:w="9071" w:type="dxa"/>
            <w:tcMar>
              <w:top w:w="0" w:type="dxa"/>
              <w:left w:w="120" w:type="dxa"/>
              <w:bottom w:w="0" w:type="dxa"/>
              <w:right w:w="120" w:type="dxa"/>
            </w:tcMar>
          </w:tcPr>
          <w:p w14:paraId="104E18BA" w14:textId="77777777" w:rsidR="00BB5315" w:rsidRDefault="00000000">
            <w:pPr>
              <w:spacing w:line="264" w:lineRule="auto"/>
              <w:ind w:left="227"/>
            </w:pPr>
            <w:r>
              <w:t>Cơ quan cấp: ...................................................................................................</w:t>
            </w:r>
          </w:p>
        </w:tc>
      </w:tr>
      <w:tr w:rsidR="00BB5315" w14:paraId="00C01F34" w14:textId="77777777">
        <w:trPr>
          <w:jc w:val="center"/>
        </w:trPr>
        <w:tc>
          <w:tcPr>
            <w:tcW w:w="9071" w:type="dxa"/>
            <w:tcMar>
              <w:top w:w="0" w:type="dxa"/>
              <w:left w:w="120" w:type="dxa"/>
              <w:bottom w:w="0" w:type="dxa"/>
              <w:right w:w="120" w:type="dxa"/>
            </w:tcMar>
          </w:tcPr>
          <w:p w14:paraId="5E13C118" w14:textId="77777777" w:rsidR="00BB5315" w:rsidRDefault="00000000">
            <w:pPr>
              <w:spacing w:after="20" w:line="264" w:lineRule="auto"/>
            </w:pPr>
            <w:r>
              <w:t>- Đầu mối liên hệ về hồ sơ xin phép:</w:t>
            </w:r>
          </w:p>
          <w:p w14:paraId="36E3ADAE" w14:textId="77777777" w:rsidR="00BB5315" w:rsidRDefault="00000000">
            <w:pPr>
              <w:spacing w:after="20" w:line="264" w:lineRule="auto"/>
              <w:ind w:left="227"/>
            </w:pPr>
            <w:r>
              <w:t>Họ tên: ......................................     Chức danh: ......................................</w:t>
            </w:r>
          </w:p>
          <w:p w14:paraId="578ABEA2" w14:textId="77777777" w:rsidR="00BB5315" w:rsidRDefault="00000000">
            <w:pPr>
              <w:spacing w:line="264" w:lineRule="auto"/>
              <w:ind w:left="227"/>
            </w:pPr>
            <w:r>
              <w:t>Điện thoại di động: ..........................     Email: .........................................</w:t>
            </w:r>
          </w:p>
        </w:tc>
      </w:tr>
    </w:tbl>
    <w:p w14:paraId="6579B2E7" w14:textId="77777777" w:rsidR="00BB5315" w:rsidRDefault="00000000">
      <w:pPr>
        <w:spacing w:after="120"/>
        <w:ind w:firstLine="567"/>
      </w:pPr>
      <w:r>
        <w:t xml:space="preserve">Căn cứ Quyết định số …../2026/QĐ-TTg ngày…tháng…năm 2026 của Thủ tướng Chính phủ về tổ chức và quản lý hội nghị, hội thảo quốc tế tại Việt Nam, </w:t>
      </w:r>
      <w:r>
        <w:rPr>
          <w:i/>
        </w:rPr>
        <w:t>(đơn vị tổ chức)</w:t>
      </w:r>
      <w:r>
        <w:t xml:space="preserve"> xin phép tổ chức hội nghị, hội thảo quốc tế với thông tin cụ thể như sau:</w:t>
      </w:r>
    </w:p>
    <w:p w14:paraId="08D13DC9" w14:textId="19E69C8E" w:rsidR="00BB5315" w:rsidRDefault="00000000" w:rsidP="00255272">
      <w:pPr>
        <w:pStyle w:val="ListBullet"/>
      </w:pPr>
      <w:r>
        <w:t>Tên hội nghị, hội thảo</w:t>
      </w:r>
    </w:p>
    <w:p w14:paraId="5E3BFC3E" w14:textId="77777777" w:rsidR="00BB5315" w:rsidRDefault="00000000">
      <w:pPr>
        <w:keepNext/>
        <w:numPr>
          <w:ilvl w:val="0"/>
          <w:numId w:val="1"/>
        </w:numPr>
      </w:pPr>
      <w:r>
        <w:t>Thành phần tham gia tổ chức</w:t>
      </w:r>
    </w:p>
    <w:p w14:paraId="3E48C784" w14:textId="651A9366" w:rsidR="00BB5315" w:rsidRDefault="00000000" w:rsidP="00255272">
      <w:pPr>
        <w:pStyle w:val="ListParagraph"/>
        <w:numPr>
          <w:ilvl w:val="0"/>
          <w:numId w:val="2"/>
        </w:numPr>
        <w:spacing w:after="60" w:line="264" w:lineRule="auto"/>
      </w:pPr>
      <w:r w:rsidRPr="00255272">
        <w:rPr>
          <w:i/>
        </w:rPr>
        <w:t>Cơ quan, đơn vị chủ trì tổ chức</w:t>
      </w:r>
    </w:p>
    <w:p w14:paraId="091AE980" w14:textId="43876BEC" w:rsidR="00BB5315" w:rsidRDefault="00000000" w:rsidP="00255272">
      <w:pPr>
        <w:pStyle w:val="ListParagraph"/>
        <w:numPr>
          <w:ilvl w:val="0"/>
          <w:numId w:val="2"/>
        </w:numPr>
        <w:spacing w:after="60" w:line="264" w:lineRule="auto"/>
      </w:pPr>
      <w:r w:rsidRPr="00255272">
        <w:rPr>
          <w:i/>
        </w:rPr>
        <w:t>Cơ quan, tổ chức nước ngoài thuê đơn vị tổ chức (nếu thuộc trường hợp quy định tại điểm b khoản 3 Điều 3 của Quyết định số …../2026/QĐ-TTg)</w:t>
      </w:r>
    </w:p>
    <w:p w14:paraId="687C7F1B" w14:textId="30278446" w:rsidR="00BB5315" w:rsidRDefault="00000000" w:rsidP="00255272">
      <w:pPr>
        <w:pStyle w:val="ListParagraph"/>
        <w:numPr>
          <w:ilvl w:val="0"/>
          <w:numId w:val="2"/>
        </w:numPr>
        <w:spacing w:after="60" w:line="264" w:lineRule="auto"/>
      </w:pPr>
      <w:r w:rsidRPr="00255272">
        <w:rPr>
          <w:i/>
        </w:rPr>
        <w:t>Cơ quan, tổ chức, cá nhân Việt Nam và nước ngoài đồng chủ trì (nếu có)</w:t>
      </w:r>
    </w:p>
    <w:p w14:paraId="0B252413" w14:textId="3614BC87" w:rsidR="00BB5315" w:rsidRDefault="00000000" w:rsidP="00255272">
      <w:pPr>
        <w:pStyle w:val="ListParagraph"/>
        <w:numPr>
          <w:ilvl w:val="0"/>
          <w:numId w:val="2"/>
        </w:numPr>
        <w:spacing w:after="60" w:line="264" w:lineRule="auto"/>
      </w:pPr>
      <w:r w:rsidRPr="00255272">
        <w:rPr>
          <w:i/>
        </w:rPr>
        <w:t>Dự kiến cơ quan, tổ chức, cá nhân Việt Nam và nước ngoài phối hợp tổ chức hoặc tài trợ kinh phí (nếu có)</w:t>
      </w:r>
    </w:p>
    <w:p w14:paraId="2AE5AAA5" w14:textId="77777777" w:rsidR="00BB5315" w:rsidRDefault="00000000">
      <w:pPr>
        <w:numPr>
          <w:ilvl w:val="0"/>
          <w:numId w:val="1"/>
        </w:numPr>
        <w:spacing w:after="0"/>
      </w:pPr>
      <w:r>
        <w:t xml:space="preserve">Lý do/sự cần thiết/mục đích tổ chức hội nghị, hội thảo </w:t>
      </w:r>
      <w:r>
        <w:rPr>
          <w:i/>
        </w:rPr>
        <w:t>(nêu ngắn gọn)</w:t>
      </w:r>
    </w:p>
    <w:p w14:paraId="47D04931" w14:textId="77777777" w:rsidR="00BB5315" w:rsidRDefault="00BB5315">
      <w:pPr>
        <w:sectPr w:rsidR="00BB5315">
          <w:headerReference w:type="default" r:id="rId8"/>
          <w:footerReference w:type="default" r:id="rId9"/>
          <w:pgSz w:w="11906" w:h="16838"/>
          <w:pgMar w:top="1134" w:right="1134" w:bottom="1134" w:left="1701" w:header="567" w:footer="567" w:gutter="0"/>
          <w:cols w:space="720"/>
          <w:docGrid w:linePitch="360"/>
        </w:sectPr>
      </w:pPr>
    </w:p>
    <w:p w14:paraId="1C94C10F" w14:textId="77777777" w:rsidR="00BB5315" w:rsidRDefault="00000000">
      <w:pPr>
        <w:numPr>
          <w:ilvl w:val="0"/>
          <w:numId w:val="1"/>
        </w:numPr>
      </w:pPr>
      <w:r>
        <w:lastRenderedPageBreak/>
        <w:t xml:space="preserve">Dự kiến thời gian tổ chức </w:t>
      </w:r>
      <w:r>
        <w:rPr>
          <w:i/>
        </w:rPr>
        <w:t>(từ ngày nào đến ngày nào)</w:t>
      </w:r>
    </w:p>
    <w:p w14:paraId="11BF1147" w14:textId="77777777" w:rsidR="00BB5315" w:rsidRDefault="00000000">
      <w:pPr>
        <w:keepNext/>
        <w:numPr>
          <w:ilvl w:val="0"/>
          <w:numId w:val="1"/>
        </w:numPr>
      </w:pPr>
      <w:r>
        <w:t>Dự kiến địa điểm tổ chức</w:t>
      </w:r>
      <w:r>
        <w:rPr>
          <w:sz w:val="18"/>
          <w:vertAlign w:val="superscript"/>
        </w:rPr>
        <w:t>2</w:t>
      </w:r>
    </w:p>
    <w:p w14:paraId="6A068670" w14:textId="77777777" w:rsidR="00BB5315" w:rsidRDefault="00000000">
      <w:pPr>
        <w:numPr>
          <w:ilvl w:val="0"/>
          <w:numId w:val="1"/>
        </w:numPr>
      </w:pPr>
      <w:r>
        <w:t xml:space="preserve">Dự kiến hình thức tổ chức </w:t>
      </w:r>
      <w:r>
        <w:rPr>
          <w:i/>
        </w:rPr>
        <w:t>(trực tiếp, trực tiếp kết hợp trực tuyến, trực tuyến; nếu có cấu phần trực tuyến, ghi rõ phần mềm/công nghệ dự kiến sử dụng)</w:t>
      </w:r>
    </w:p>
    <w:p w14:paraId="176078FE" w14:textId="77777777" w:rsidR="00BB5315" w:rsidRDefault="00000000">
      <w:pPr>
        <w:numPr>
          <w:ilvl w:val="0"/>
          <w:numId w:val="1"/>
        </w:numPr>
      </w:pPr>
      <w:r>
        <w:t xml:space="preserve">Chủ đề, nội dung chính của hội nghị, hội thảo </w:t>
      </w:r>
      <w:r>
        <w:rPr>
          <w:i/>
        </w:rPr>
        <w:t>(tóm tắt ngắn gọn)</w:t>
      </w:r>
    </w:p>
    <w:p w14:paraId="6B0E56E0" w14:textId="77777777" w:rsidR="00BB5315" w:rsidRDefault="00000000">
      <w:pPr>
        <w:numPr>
          <w:ilvl w:val="0"/>
          <w:numId w:val="1"/>
        </w:numPr>
      </w:pPr>
      <w:r>
        <w:t xml:space="preserve">Thông tin về người chủ trì và đồng chủ trì: </w:t>
      </w:r>
      <w:r>
        <w:rPr>
          <w:i/>
        </w:rPr>
        <w:t>họ tên, quốc tịch, trình độ chuyên môn, chức danh, nơi công tác; trường hợp nhập cảnh vào Việt Nam để tham gia hội nghị, hội thảo thì cung cấp thêm ngày sinh, số hộ chiếu.</w:t>
      </w:r>
    </w:p>
    <w:p w14:paraId="2027CED5" w14:textId="77777777" w:rsidR="00BB5315" w:rsidRDefault="00000000">
      <w:pPr>
        <w:numPr>
          <w:ilvl w:val="0"/>
          <w:numId w:val="1"/>
        </w:numPr>
      </w:pPr>
      <w:r>
        <w:t xml:space="preserve">Thông tin về báo cáo viên/diễn giả nước ngoài: </w:t>
      </w:r>
      <w:r>
        <w:rPr>
          <w:i/>
        </w:rPr>
        <w:t>họ tên, quốc tịch, trình độ chuyên môn, chức danh, nơi công tác; trường hợp nhập cảnh vào Việt Nam để tham gia hội nghị, hội thảo thì cung cấp thêm ngày sinh, số hộ chiếu.</w:t>
      </w:r>
    </w:p>
    <w:p w14:paraId="323673CF" w14:textId="77777777" w:rsidR="00BB5315" w:rsidRDefault="00000000">
      <w:pPr>
        <w:keepNext/>
        <w:numPr>
          <w:ilvl w:val="0"/>
          <w:numId w:val="1"/>
        </w:numPr>
      </w:pPr>
      <w:r>
        <w:t>Dự kiến số lượng và thành phần đại biểu tham dự:</w:t>
      </w:r>
    </w:p>
    <w:p w14:paraId="6E05890A" w14:textId="44581713" w:rsidR="00BB5315" w:rsidRDefault="00000000" w:rsidP="00255272">
      <w:pPr>
        <w:pStyle w:val="ListParagraph"/>
        <w:numPr>
          <w:ilvl w:val="0"/>
          <w:numId w:val="2"/>
        </w:numPr>
        <w:spacing w:after="40" w:line="252" w:lineRule="auto"/>
      </w:pPr>
      <w:r>
        <w:t>Ghi rõ nếu hội nghị, hội thảo có thành phần tham dự cấp Bộ trưởng trở lên của Việt Nam và nước ngoài</w:t>
      </w:r>
    </w:p>
    <w:p w14:paraId="6567315A" w14:textId="18BFFE21" w:rsidR="00BB5315" w:rsidRDefault="00000000" w:rsidP="00255272">
      <w:pPr>
        <w:pStyle w:val="ListParagraph"/>
        <w:numPr>
          <w:ilvl w:val="0"/>
          <w:numId w:val="2"/>
        </w:numPr>
        <w:spacing w:after="40" w:line="252" w:lineRule="auto"/>
      </w:pPr>
      <w:r>
        <w:t>Dự kiến số lượng đại biểu Việt Nam</w:t>
      </w:r>
    </w:p>
    <w:p w14:paraId="42DD391D" w14:textId="62A623E6" w:rsidR="00BB5315" w:rsidRDefault="00000000" w:rsidP="00255272">
      <w:pPr>
        <w:pStyle w:val="ListParagraph"/>
        <w:numPr>
          <w:ilvl w:val="0"/>
          <w:numId w:val="2"/>
        </w:numPr>
        <w:spacing w:after="40" w:line="252" w:lineRule="auto"/>
      </w:pPr>
      <w:r>
        <w:t>Dự kiến số lượng đại biểu nước ngoài đang sinh sống tại Việt Nam</w:t>
      </w:r>
    </w:p>
    <w:p w14:paraId="3BE4EB32" w14:textId="48D77872" w:rsidR="00BB5315" w:rsidRDefault="00000000" w:rsidP="00255272">
      <w:pPr>
        <w:pStyle w:val="ListParagraph"/>
        <w:numPr>
          <w:ilvl w:val="0"/>
          <w:numId w:val="2"/>
        </w:numPr>
        <w:spacing w:after="40" w:line="252" w:lineRule="auto"/>
      </w:pPr>
      <w:r>
        <w:t>Dự kiến số lượng đại biểu nước ngoài đang sinh sống ở nước ngoài</w:t>
      </w:r>
    </w:p>
    <w:p w14:paraId="581FB8F3" w14:textId="2D6F011C" w:rsidR="00BB5315" w:rsidRDefault="00000000" w:rsidP="00255272">
      <w:pPr>
        <w:pStyle w:val="ListParagraph"/>
        <w:numPr>
          <w:ilvl w:val="0"/>
          <w:numId w:val="2"/>
        </w:numPr>
        <w:spacing w:after="40" w:line="252" w:lineRule="auto"/>
      </w:pPr>
      <w:r>
        <w:t>Dự kiến đại biểu nước ngoài đến từ các nước, tổ chức quốc tế nào</w:t>
      </w:r>
    </w:p>
    <w:p w14:paraId="54072FAC" w14:textId="77777777" w:rsidR="00BB5315" w:rsidRDefault="00000000">
      <w:pPr>
        <w:numPr>
          <w:ilvl w:val="0"/>
          <w:numId w:val="1"/>
        </w:numPr>
        <w:spacing w:after="60"/>
      </w:pPr>
      <w:r>
        <w:t>Dự kiến chương trình hội nghị, hội thảo</w:t>
      </w:r>
    </w:p>
    <w:p w14:paraId="32BCBAD1" w14:textId="77777777" w:rsidR="00BB5315" w:rsidRDefault="00000000">
      <w:pPr>
        <w:numPr>
          <w:ilvl w:val="0"/>
          <w:numId w:val="1"/>
        </w:numPr>
        <w:spacing w:after="60"/>
      </w:pPr>
      <w:r>
        <w:t>Dự kiến công tác tuyên truyền hội nghị, hội thảo</w:t>
      </w:r>
    </w:p>
    <w:p w14:paraId="0D57BBE5" w14:textId="77777777" w:rsidR="00BB5315" w:rsidRDefault="00000000">
      <w:pPr>
        <w:numPr>
          <w:ilvl w:val="0"/>
          <w:numId w:val="1"/>
        </w:numPr>
        <w:spacing w:after="60"/>
      </w:pPr>
      <w:r>
        <w:t xml:space="preserve">Dự kiến các hoạt động bên lề hội nghị, hội thảo, nếu có </w:t>
      </w:r>
      <w:r>
        <w:rPr>
          <w:i/>
        </w:rPr>
        <w:t>(nêu rõ thời gian, địa điểm, nội dung)</w:t>
      </w:r>
    </w:p>
    <w:p w14:paraId="79CFFD1B" w14:textId="77777777" w:rsidR="00BB5315" w:rsidRDefault="00000000">
      <w:pPr>
        <w:numPr>
          <w:ilvl w:val="0"/>
          <w:numId w:val="1"/>
        </w:numPr>
        <w:spacing w:after="160"/>
      </w:pPr>
      <w:r>
        <w:t xml:space="preserve">Dự kiến nguồn kinh phí </w:t>
      </w:r>
      <w:r>
        <w:rPr>
          <w:i/>
        </w:rPr>
        <w:t>(ghi rõ nếu sử dụng nguồn ngân sách nhà nước (ghi ngắn gọn chi vào việc gì); kinh phí do nước ngoài tài trợ hoặc nguồn khác)</w:t>
      </w:r>
    </w:p>
    <w:tbl>
      <w:tblPr>
        <w:tblW w:w="9071" w:type="dxa"/>
        <w:jc w:val="center"/>
        <w:tblLayout w:type="fixed"/>
        <w:tblLook w:val="04A0" w:firstRow="1" w:lastRow="0" w:firstColumn="1" w:lastColumn="0" w:noHBand="0" w:noVBand="1"/>
      </w:tblPr>
      <w:tblGrid>
        <w:gridCol w:w="1928"/>
        <w:gridCol w:w="7143"/>
      </w:tblGrid>
      <w:tr w:rsidR="00BB5315" w14:paraId="3500AC27" w14:textId="77777777">
        <w:trPr>
          <w:jc w:val="center"/>
        </w:trPr>
        <w:tc>
          <w:tcPr>
            <w:tcW w:w="1928" w:type="dxa"/>
            <w:tcMar>
              <w:top w:w="0" w:type="dxa"/>
              <w:left w:w="120" w:type="dxa"/>
              <w:bottom w:w="0" w:type="dxa"/>
              <w:right w:w="120" w:type="dxa"/>
            </w:tcMar>
          </w:tcPr>
          <w:p w14:paraId="6F0D3F31" w14:textId="77777777" w:rsidR="00685385" w:rsidRDefault="00000000" w:rsidP="00685385">
            <w:pPr>
              <w:spacing w:after="0" w:line="240" w:lineRule="auto"/>
            </w:pPr>
            <w:r>
              <w:rPr>
                <w:b/>
                <w:i/>
              </w:rPr>
              <w:t>Nơi nhận:</w:t>
            </w:r>
          </w:p>
          <w:p w14:paraId="748FB87A" w14:textId="71DDB0D1" w:rsidR="00685385" w:rsidRDefault="00000000" w:rsidP="00685385">
            <w:pPr>
              <w:pStyle w:val="ListParagraph"/>
              <w:numPr>
                <w:ilvl w:val="0"/>
                <w:numId w:val="2"/>
              </w:numPr>
              <w:spacing w:after="0" w:line="240" w:lineRule="auto"/>
              <w:ind w:left="164" w:hanging="142"/>
            </w:pPr>
            <w:r>
              <w:t>Như</w:t>
            </w:r>
            <w:r w:rsidR="00685385">
              <w:t xml:space="preserve"> </w:t>
            </w:r>
            <w:r>
              <w:t>trên;</w:t>
            </w:r>
          </w:p>
          <w:p w14:paraId="271B0F7E" w14:textId="5408F491" w:rsidR="00BB5315" w:rsidRDefault="00000000" w:rsidP="00685385">
            <w:pPr>
              <w:pStyle w:val="ListParagraph"/>
              <w:numPr>
                <w:ilvl w:val="0"/>
                <w:numId w:val="2"/>
              </w:numPr>
              <w:spacing w:after="0" w:line="240" w:lineRule="auto"/>
              <w:ind w:left="164" w:hanging="142"/>
            </w:pPr>
            <w:r>
              <w:t>…..;</w:t>
            </w:r>
          </w:p>
          <w:p w14:paraId="542E0AF2" w14:textId="058CDC87" w:rsidR="00BB5315" w:rsidRDefault="00000000" w:rsidP="00685385">
            <w:pPr>
              <w:pStyle w:val="ListParagraph"/>
              <w:numPr>
                <w:ilvl w:val="0"/>
                <w:numId w:val="2"/>
              </w:numPr>
              <w:spacing w:after="0" w:line="240" w:lineRule="auto"/>
              <w:ind w:left="164" w:hanging="142"/>
            </w:pPr>
            <w:r>
              <w:t>Lưu: …..</w:t>
            </w:r>
          </w:p>
        </w:tc>
        <w:tc>
          <w:tcPr>
            <w:tcW w:w="7143" w:type="dxa"/>
            <w:tcMar>
              <w:top w:w="0" w:type="dxa"/>
              <w:left w:w="120" w:type="dxa"/>
              <w:bottom w:w="0" w:type="dxa"/>
              <w:right w:w="120" w:type="dxa"/>
            </w:tcMar>
          </w:tcPr>
          <w:p w14:paraId="0566CC45" w14:textId="77777777" w:rsidR="00BB5315" w:rsidRDefault="00000000">
            <w:pPr>
              <w:spacing w:after="0" w:line="240" w:lineRule="auto"/>
              <w:jc w:val="center"/>
            </w:pPr>
            <w:r>
              <w:rPr>
                <w:b/>
              </w:rPr>
              <w:t>ĐẠI DIỆN THEO PHÁP LUẬT CỦA ĐƠN VỊ TỔ CHỨC</w:t>
            </w:r>
          </w:p>
          <w:p w14:paraId="53B72B30" w14:textId="77777777" w:rsidR="00BB5315" w:rsidRDefault="00000000">
            <w:pPr>
              <w:spacing w:after="0" w:line="240" w:lineRule="auto"/>
              <w:jc w:val="center"/>
            </w:pPr>
            <w:r>
              <w:rPr>
                <w:i/>
              </w:rPr>
              <w:t>(Ký tên, ghi rõ chức danh và đóng dấu hoặc sử dụng chữ ký</w:t>
            </w:r>
            <w:r>
              <w:rPr>
                <w:i/>
              </w:rPr>
              <w:br/>
              <w:t>điện tử/chữ ký số theo quy định)</w:t>
            </w:r>
          </w:p>
        </w:tc>
      </w:tr>
    </w:tbl>
    <w:p w14:paraId="75D9143B" w14:textId="77777777" w:rsidR="00B23007" w:rsidRDefault="00B23007"/>
    <w:sectPr w:rsidR="00B23007" w:rsidSect="00034616">
      <w:headerReference w:type="default" r:id="rId10"/>
      <w:footerReference w:type="default" r:id="rId11"/>
      <w:pgSz w:w="11906" w:h="16838"/>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1DCE0" w14:textId="77777777" w:rsidR="00B23007" w:rsidRDefault="00B23007">
      <w:pPr>
        <w:spacing w:after="0" w:line="240" w:lineRule="auto"/>
      </w:pPr>
      <w:r>
        <w:separator/>
      </w:r>
    </w:p>
  </w:endnote>
  <w:endnote w:type="continuationSeparator" w:id="0">
    <w:p w14:paraId="6FFAC281" w14:textId="77777777" w:rsidR="00B23007" w:rsidRDefault="00B23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9158" w14:textId="77777777" w:rsidR="00BB5315" w:rsidRDefault="00BB5315">
    <w:pPr>
      <w:pStyle w:val="Footer"/>
      <w:pBdr>
        <w:top w:val="single" w:sz="6" w:space="1" w:color="000000"/>
      </w:pBdr>
      <w:spacing w:after="60"/>
      <w:ind w:right="5669"/>
    </w:pPr>
  </w:p>
  <w:p w14:paraId="6169AAD1" w14:textId="77777777" w:rsidR="00BB5315" w:rsidRDefault="00000000">
    <w:pPr>
      <w:spacing w:after="0" w:line="240" w:lineRule="auto"/>
    </w:pPr>
    <w:r>
      <w:rPr>
        <w:sz w:val="18"/>
        <w:vertAlign w:val="superscript"/>
      </w:rPr>
      <w:t>1</w:t>
    </w:r>
    <w:r>
      <w:rPr>
        <w:sz w:val="18"/>
      </w:rPr>
      <w:t xml:space="preserve"> Đề nghị đính kèm bản sao hoặc bản điện tử của Giấy phép thành lập/Giấy đăng ký hoạt động/Giấy chứng minh tư cách pháp nhân của cơ quan, tổ chức để xác định cơ quan có thẩm quyền cho phép tổ chức hội nghị, hội thảo quốc tế. Trường hợp đã có dữ liệu điện tử có thể khai thác thông qua kết nối, chia sẻ với các cơ sở dữ liệu quốc gia, cơ sở dữ liệu chuyên ngành, hệ thống thông tin dùng chung, Cổng Dịch vụ công Quốc gia thì đơn vị tổ chức không phải nộp các giấy tờ này. Các cơ quan hành chính nhà nước, cơ quan đại diện ngoại giao, cơ quan lãnh sự nước ngoài, cơ quan đại diện của các tổ chức quốc tế; tổ chức quốc tế, tổ chức liên Chính phủ, tổ chức thuộc Chính phủ nước ngoài tại Việt Nam không cần cung cấp thông tin này.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3BA8" w14:textId="77777777" w:rsidR="00BB5315" w:rsidRDefault="00BB5315">
    <w:pPr>
      <w:pStyle w:val="Footer"/>
      <w:pBdr>
        <w:top w:val="single" w:sz="6" w:space="1" w:color="000000"/>
      </w:pBdr>
      <w:spacing w:after="60"/>
      <w:ind w:right="5669"/>
    </w:pPr>
  </w:p>
  <w:p w14:paraId="3E42659C" w14:textId="77777777" w:rsidR="00BB5315" w:rsidRDefault="00000000">
    <w:pPr>
      <w:spacing w:after="0" w:line="240" w:lineRule="auto"/>
    </w:pPr>
    <w:r>
      <w:rPr>
        <w:sz w:val="18"/>
        <w:vertAlign w:val="superscript"/>
      </w:rPr>
      <w:t>2</w:t>
    </w:r>
    <w:r>
      <w:rPr>
        <w:sz w:val="18"/>
      </w:rPr>
      <w:t xml:space="preserve"> Ghi địa chỉ cụ thể nếu hội nghị, hội thảo quốc tế tổ chức theo hình thức trực tiếp tại các xã, phường, đặc khu trọng điểm về quốc phòng, an ninh theo quy định của pháp luật về quốc phòng, an ninh, dân quân tự vệ hoặc có đại biểu cấp Bộ trưởng trở lên của nước ngoài. Các trường hợp khác, xác định địa điểm đến cấp xã nếu chưa có địa chỉ cụ thể.</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90EF0" w14:textId="77777777" w:rsidR="00B23007" w:rsidRDefault="00B23007">
      <w:pPr>
        <w:spacing w:after="0" w:line="240" w:lineRule="auto"/>
      </w:pPr>
      <w:r>
        <w:separator/>
      </w:r>
    </w:p>
  </w:footnote>
  <w:footnote w:type="continuationSeparator" w:id="0">
    <w:p w14:paraId="608146AF" w14:textId="77777777" w:rsidR="00B23007" w:rsidRDefault="00B23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EDF39" w14:textId="17B927DE" w:rsidR="00685385" w:rsidRDefault="00685385">
    <w:pPr>
      <w:pStyle w:val="Header"/>
    </w:pPr>
    <w:r>
      <w:rPr>
        <w:noProof/>
      </w:rPr>
      <w:drawing>
        <wp:inline distT="0" distB="0" distL="0" distR="0" wp14:anchorId="353B3B67" wp14:editId="21EE5DA2">
          <wp:extent cx="1492885" cy="301342"/>
          <wp:effectExtent l="0" t="0" r="0" b="3810"/>
          <wp:docPr id="502678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678708" name="Picture 502678708"/>
                  <pic:cNvPicPr/>
                </pic:nvPicPr>
                <pic:blipFill>
                  <a:blip r:embed="rId1"/>
                  <a:stretch>
                    <a:fillRect/>
                  </a:stretch>
                </pic:blipFill>
                <pic:spPr>
                  <a:xfrm>
                    <a:off x="0" y="0"/>
                    <a:ext cx="1535729" cy="3099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AB9E5" w14:textId="77777777" w:rsidR="00BB5315" w:rsidRDefault="00000000">
    <w:pPr>
      <w:pStyle w:val="Header"/>
      <w:jc w:val="center"/>
    </w:pPr>
    <w:r>
      <w:fldChar w:fldCharType="begin"/>
    </w:r>
    <w:r>
      <w:instrText xml:space="preserve"> PAGE </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F47887"/>
    <w:multiLevelType w:val="singleLevel"/>
    <w:tmpl w:val="28F6AF84"/>
    <w:lvl w:ilvl="0">
      <w:start w:val="1"/>
      <w:numFmt w:val="bullet"/>
      <w:lvlText w:val="-"/>
      <w:lvlJc w:val="left"/>
      <w:pPr>
        <w:tabs>
          <w:tab w:val="num" w:pos="720"/>
        </w:tabs>
        <w:ind w:left="720" w:hanging="300"/>
      </w:pPr>
      <w:rPr>
        <w:rFonts w:ascii="Times New Roman" w:hAnsi="Times New Roman"/>
      </w:rPr>
    </w:lvl>
  </w:abstractNum>
  <w:abstractNum w:abstractNumId="10" w15:restartNumberingAfterBreak="0">
    <w:nsid w:val="0E55079E"/>
    <w:multiLevelType w:val="singleLevel"/>
    <w:tmpl w:val="8EC24906"/>
    <w:lvl w:ilvl="0">
      <w:start w:val="1"/>
      <w:numFmt w:val="decimal"/>
      <w:pStyle w:val="ListBullet"/>
      <w:lvlText w:val="%1."/>
      <w:lvlJc w:val="left"/>
      <w:pPr>
        <w:tabs>
          <w:tab w:val="num" w:pos="280"/>
        </w:tabs>
        <w:ind w:left="280" w:hanging="280"/>
      </w:pPr>
      <w:rPr>
        <w:rFonts w:ascii="Times New Roman" w:eastAsia="Times New Roman" w:hAnsi="Times New Roman" w:cstheme="minorBidi"/>
      </w:rPr>
    </w:lvl>
  </w:abstractNum>
  <w:abstractNum w:abstractNumId="11" w15:restartNumberingAfterBreak="0">
    <w:nsid w:val="4BC749F2"/>
    <w:multiLevelType w:val="hybridMultilevel"/>
    <w:tmpl w:val="63BC9866"/>
    <w:lvl w:ilvl="0" w:tplc="F544B8CE">
      <w:start w:val="1"/>
      <w:numFmt w:val="bullet"/>
      <w:lvlText w:val="-"/>
      <w:lvlJc w:val="left"/>
      <w:pPr>
        <w:ind w:left="640" w:hanging="360"/>
      </w:pPr>
      <w:rPr>
        <w:rFonts w:ascii="Times New Roman" w:eastAsia="Times New Roman" w:hAnsi="Times New Roman" w:cs="Times New Roman" w:hint="default"/>
        <w:i/>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12" w15:restartNumberingAfterBreak="0">
    <w:nsid w:val="530700B9"/>
    <w:multiLevelType w:val="singleLevel"/>
    <w:tmpl w:val="E4289480"/>
    <w:lvl w:ilvl="0">
      <w:start w:val="1"/>
      <w:numFmt w:val="decimal"/>
      <w:lvlText w:val="%1."/>
      <w:lvlJc w:val="left"/>
      <w:pPr>
        <w:tabs>
          <w:tab w:val="num" w:pos="900"/>
        </w:tabs>
        <w:ind w:left="900" w:hanging="450"/>
      </w:pPr>
      <w:rPr>
        <w:rFonts w:ascii="Times New Roman" w:hAnsi="Times New Roman"/>
      </w:rPr>
    </w:lvl>
  </w:abstractNum>
  <w:num w:numId="1" w16cid:durableId="1668678222">
    <w:abstractNumId w:val="10"/>
  </w:num>
  <w:num w:numId="2" w16cid:durableId="1628603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5272"/>
    <w:rsid w:val="0029639D"/>
    <w:rsid w:val="00326F90"/>
    <w:rsid w:val="00364A91"/>
    <w:rsid w:val="00685385"/>
    <w:rsid w:val="00AA1D8D"/>
    <w:rsid w:val="00B23007"/>
    <w:rsid w:val="00B47730"/>
    <w:rsid w:val="00BB531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0CB3B0"/>
  <w14:defaultImageDpi w14:val="300"/>
  <w15:docId w15:val="{0B7CD851-5963-4C6E-BC7C-FF55FCB42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Mẫu số 01 - Văn bản xin phép tổ chức hội nghị, hội thảo quốc tế</vt:lpstr>
    </vt:vector>
  </TitlesOfParts>
  <Manager/>
  <Company/>
  <LinksUpToDate>false</LinksUpToDate>
  <CharactersWithSpaces>3272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số 01 - Văn bản xin phép tổ chức hội nghị, hội thảo quốc tế</dc:title>
  <dc:subject>Phụ lục kèm theo Quyết định số 30/2026/QĐ-TTg ngày 09 tháng 6 năm 2026</dc:subject>
  <dc:creator>Lê Ngân</dc:creator>
  <cp:keywords/>
  <dc:description>generated by python-docx</dc:description>
  <cp:lastModifiedBy>Lê Ngân</cp:lastModifiedBy>
  <cp:revision>2</cp:revision>
  <dcterms:created xsi:type="dcterms:W3CDTF">2026-09-02T14:06:00Z</dcterms:created>
  <dcterms:modified xsi:type="dcterms:W3CDTF">2026-09-02T14:06:00Z</dcterms:modified>
  <cp:category/>
</cp:coreProperties>
</file>