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78815" w14:textId="77777777" w:rsidR="002B4A1C" w:rsidRDefault="00000000">
      <w:pPr>
        <w:spacing w:before="360" w:after="40"/>
      </w:pPr>
      <w:r>
        <w:rPr>
          <w:b/>
          <w:color w:val="D99A00"/>
          <w:sz w:val="20"/>
        </w:rPr>
        <w:t>TÀI LIỆU THAM KHẢO</w:t>
      </w:r>
    </w:p>
    <w:p w14:paraId="02FC9208" w14:textId="77777777" w:rsidR="002B4A1C" w:rsidRDefault="00000000">
      <w:r>
        <w:rPr>
          <w:b/>
          <w:color w:val="A30F19"/>
          <w:sz w:val="56"/>
        </w:rPr>
        <w:t>BẢNG DỰ TRÙ KINH PHÍ</w:t>
      </w:r>
    </w:p>
    <w:p w14:paraId="2E7AEEE3" w14:textId="2E23321A" w:rsidR="002B4A1C" w:rsidRDefault="00000000">
      <w:pPr>
        <w:spacing w:after="320"/>
      </w:pPr>
      <w:r>
        <w:rPr>
          <w:b/>
          <w:color w:val="E31E24"/>
          <w:sz w:val="30"/>
        </w:rPr>
        <w:t>Hội nghị khách hàng BrandBoost Connect</w:t>
      </w:r>
    </w:p>
    <w:tbl>
      <w:tblPr>
        <w:tblW w:w="9360" w:type="dxa"/>
        <w:tblInd w:w="120" w:type="dxa"/>
        <w:tblLayout w:type="fixed"/>
        <w:tblLook w:val="04A0" w:firstRow="1" w:lastRow="0" w:firstColumn="1" w:lastColumn="0" w:noHBand="0" w:noVBand="1"/>
      </w:tblPr>
      <w:tblGrid>
        <w:gridCol w:w="1300"/>
        <w:gridCol w:w="3380"/>
        <w:gridCol w:w="1300"/>
        <w:gridCol w:w="3380"/>
      </w:tblGrid>
      <w:tr w:rsidR="002B4A1C" w14:paraId="3ED76BDA" w14:textId="77777777">
        <w:trPr>
          <w:tblHeader/>
        </w:trPr>
        <w:tc>
          <w:tcPr>
            <w:tcW w:w="1300" w:type="dxa"/>
            <w:shd w:val="clear" w:color="auto" w:fill="F2F4F7"/>
            <w:tcMar>
              <w:top w:w="80" w:type="dxa"/>
              <w:left w:w="120" w:type="dxa"/>
              <w:bottom w:w="80" w:type="dxa"/>
              <w:right w:w="120" w:type="dxa"/>
            </w:tcMar>
            <w:vAlign w:val="center"/>
          </w:tcPr>
          <w:p w14:paraId="3D2B33DD" w14:textId="77777777" w:rsidR="002B4A1C" w:rsidRDefault="00000000">
            <w:pPr>
              <w:spacing w:after="0"/>
            </w:pPr>
            <w:r>
              <w:rPr>
                <w:b/>
                <w:color w:val="666666"/>
                <w:sz w:val="18"/>
              </w:rPr>
              <w:t>Đơn vị lập</w:t>
            </w:r>
          </w:p>
        </w:tc>
        <w:tc>
          <w:tcPr>
            <w:tcW w:w="3380" w:type="dxa"/>
            <w:tcMar>
              <w:top w:w="80" w:type="dxa"/>
              <w:left w:w="120" w:type="dxa"/>
              <w:bottom w:w="80" w:type="dxa"/>
              <w:right w:w="120" w:type="dxa"/>
            </w:tcMar>
            <w:vAlign w:val="center"/>
          </w:tcPr>
          <w:p w14:paraId="3D717502" w14:textId="77777777" w:rsidR="002B4A1C" w:rsidRDefault="00000000">
            <w:pPr>
              <w:spacing w:after="0"/>
            </w:pPr>
            <w:r>
              <w:rPr>
                <w:b/>
                <w:color w:val="A30F19"/>
                <w:sz w:val="19"/>
              </w:rPr>
              <w:t>BrandBoost Agency</w:t>
            </w:r>
          </w:p>
        </w:tc>
        <w:tc>
          <w:tcPr>
            <w:tcW w:w="1300" w:type="dxa"/>
            <w:shd w:val="clear" w:color="auto" w:fill="F2F4F7"/>
            <w:tcMar>
              <w:top w:w="80" w:type="dxa"/>
              <w:left w:w="120" w:type="dxa"/>
              <w:bottom w:w="80" w:type="dxa"/>
              <w:right w:w="120" w:type="dxa"/>
            </w:tcMar>
            <w:vAlign w:val="center"/>
          </w:tcPr>
          <w:p w14:paraId="44A2B1C2" w14:textId="77777777" w:rsidR="002B4A1C" w:rsidRDefault="00000000">
            <w:pPr>
              <w:spacing w:after="0"/>
            </w:pPr>
            <w:r>
              <w:rPr>
                <w:b/>
                <w:color w:val="666666"/>
                <w:sz w:val="18"/>
              </w:rPr>
              <w:t>Quy mô</w:t>
            </w:r>
          </w:p>
        </w:tc>
        <w:tc>
          <w:tcPr>
            <w:tcW w:w="3380" w:type="dxa"/>
            <w:tcMar>
              <w:top w:w="80" w:type="dxa"/>
              <w:left w:w="120" w:type="dxa"/>
              <w:bottom w:w="80" w:type="dxa"/>
              <w:right w:w="120" w:type="dxa"/>
            </w:tcMar>
            <w:vAlign w:val="center"/>
          </w:tcPr>
          <w:p w14:paraId="308A25C3" w14:textId="77777777" w:rsidR="002B4A1C" w:rsidRDefault="00000000">
            <w:pPr>
              <w:spacing w:after="0"/>
            </w:pPr>
            <w:r>
              <w:rPr>
                <w:b/>
                <w:color w:val="A30F19"/>
                <w:sz w:val="19"/>
              </w:rPr>
              <w:t>150 khách</w:t>
            </w:r>
          </w:p>
        </w:tc>
      </w:tr>
      <w:tr w:rsidR="002B4A1C" w14:paraId="0ED74896" w14:textId="77777777">
        <w:tc>
          <w:tcPr>
            <w:tcW w:w="1300" w:type="dxa"/>
            <w:shd w:val="clear" w:color="auto" w:fill="F2F4F7"/>
            <w:tcMar>
              <w:top w:w="80" w:type="dxa"/>
              <w:left w:w="120" w:type="dxa"/>
              <w:bottom w:w="80" w:type="dxa"/>
              <w:right w:w="120" w:type="dxa"/>
            </w:tcMar>
            <w:vAlign w:val="center"/>
          </w:tcPr>
          <w:p w14:paraId="69516502" w14:textId="77777777" w:rsidR="002B4A1C" w:rsidRDefault="00000000">
            <w:pPr>
              <w:spacing w:after="0"/>
            </w:pPr>
            <w:r>
              <w:rPr>
                <w:b/>
                <w:color w:val="666666"/>
                <w:sz w:val="18"/>
              </w:rPr>
              <w:t>Địa điểm</w:t>
            </w:r>
          </w:p>
        </w:tc>
        <w:tc>
          <w:tcPr>
            <w:tcW w:w="3380" w:type="dxa"/>
            <w:tcMar>
              <w:top w:w="80" w:type="dxa"/>
              <w:left w:w="120" w:type="dxa"/>
              <w:bottom w:w="80" w:type="dxa"/>
              <w:right w:w="120" w:type="dxa"/>
            </w:tcMar>
            <w:vAlign w:val="center"/>
          </w:tcPr>
          <w:p w14:paraId="729CDD42" w14:textId="77777777" w:rsidR="002B4A1C" w:rsidRDefault="00000000">
            <w:pPr>
              <w:spacing w:after="0"/>
            </w:pPr>
            <w:r>
              <w:rPr>
                <w:b/>
                <w:color w:val="A30F19"/>
                <w:sz w:val="19"/>
              </w:rPr>
              <w:t>TP.HCM — giả định</w:t>
            </w:r>
          </w:p>
        </w:tc>
        <w:tc>
          <w:tcPr>
            <w:tcW w:w="1300" w:type="dxa"/>
            <w:shd w:val="clear" w:color="auto" w:fill="F2F4F7"/>
            <w:tcMar>
              <w:top w:w="80" w:type="dxa"/>
              <w:left w:w="120" w:type="dxa"/>
              <w:bottom w:w="80" w:type="dxa"/>
              <w:right w:w="120" w:type="dxa"/>
            </w:tcMar>
            <w:vAlign w:val="center"/>
          </w:tcPr>
          <w:p w14:paraId="06E11D86" w14:textId="77777777" w:rsidR="002B4A1C" w:rsidRDefault="00000000">
            <w:pPr>
              <w:spacing w:after="0"/>
            </w:pPr>
            <w:r>
              <w:rPr>
                <w:b/>
                <w:color w:val="666666"/>
                <w:sz w:val="18"/>
              </w:rPr>
              <w:t>Thời lượng</w:t>
            </w:r>
          </w:p>
        </w:tc>
        <w:tc>
          <w:tcPr>
            <w:tcW w:w="3380" w:type="dxa"/>
            <w:tcMar>
              <w:top w:w="80" w:type="dxa"/>
              <w:left w:w="120" w:type="dxa"/>
              <w:bottom w:w="80" w:type="dxa"/>
              <w:right w:w="120" w:type="dxa"/>
            </w:tcMar>
            <w:vAlign w:val="center"/>
          </w:tcPr>
          <w:p w14:paraId="05364A91" w14:textId="77777777" w:rsidR="002B4A1C" w:rsidRDefault="00000000">
            <w:pPr>
              <w:spacing w:after="0"/>
            </w:pPr>
            <w:r>
              <w:rPr>
                <w:b/>
                <w:color w:val="A30F19"/>
                <w:sz w:val="19"/>
              </w:rPr>
              <w:t>Nửa ngày</w:t>
            </w:r>
          </w:p>
        </w:tc>
      </w:tr>
    </w:tbl>
    <w:p w14:paraId="740866E6" w14:textId="77777777" w:rsidR="002B4A1C" w:rsidRDefault="002B4A1C"/>
    <w:tbl>
      <w:tblPr>
        <w:tblW w:w="9360" w:type="dxa"/>
        <w:tblInd w:w="180" w:type="dxa"/>
        <w:tblLayout w:type="fixed"/>
        <w:tblLook w:val="04A0" w:firstRow="1" w:lastRow="0" w:firstColumn="1" w:lastColumn="0" w:noHBand="0" w:noVBand="1"/>
      </w:tblPr>
      <w:tblGrid>
        <w:gridCol w:w="9360"/>
      </w:tblGrid>
      <w:tr w:rsidR="002B4A1C" w14:paraId="6E099FE1" w14:textId="77777777">
        <w:trPr>
          <w:tblHeader/>
        </w:trPr>
        <w:tc>
          <w:tcPr>
            <w:tcW w:w="9360" w:type="dxa"/>
            <w:tcBorders>
              <w:top w:val="single" w:sz="8" w:space="0" w:color="E4C65A"/>
              <w:left w:val="single" w:sz="8" w:space="0" w:color="E4C65A"/>
              <w:bottom w:val="single" w:sz="8" w:space="0" w:color="E4C65A"/>
              <w:right w:val="single" w:sz="8" w:space="0" w:color="E4C65A"/>
            </w:tcBorders>
            <w:shd w:val="clear" w:color="auto" w:fill="FFF4CC"/>
            <w:tcMar>
              <w:top w:w="140" w:type="dxa"/>
              <w:left w:w="180" w:type="dxa"/>
              <w:bottom w:w="140" w:type="dxa"/>
              <w:right w:w="180" w:type="dxa"/>
            </w:tcMar>
          </w:tcPr>
          <w:p w14:paraId="01607F8B" w14:textId="77777777" w:rsidR="002B4A1C" w:rsidRDefault="00000000">
            <w:pPr>
              <w:spacing w:before="40" w:after="40"/>
            </w:pPr>
            <w:r>
              <w:rPr>
                <w:b/>
                <w:color w:val="7A5A00"/>
                <w:sz w:val="20"/>
              </w:rPr>
              <w:t xml:space="preserve">LƯU Ý: </w:t>
            </w:r>
            <w:r>
              <w:rPr>
                <w:color w:val="5C4B00"/>
                <w:sz w:val="20"/>
              </w:rPr>
              <w:t>Toàn bộ số liệu trong tài liệu là giả định phục vụ minh họa cách lập ngân sách. Đây không phải báo giá chính thức của BrandBoost hoặc nhà cung cấp. Các khoản chi chưa bao gồm thuế GTGT và cần được cập nhật bằng báo giá thực tế trước khi phê duyệt.</w:t>
            </w:r>
          </w:p>
        </w:tc>
      </w:tr>
    </w:tbl>
    <w:p w14:paraId="02477746" w14:textId="77777777" w:rsidR="002B4A1C" w:rsidRDefault="002B4A1C"/>
    <w:tbl>
      <w:tblPr>
        <w:tblW w:w="9360" w:type="dxa"/>
        <w:tblInd w:w="100" w:type="dxa"/>
        <w:tblLayout w:type="fixed"/>
        <w:tblLook w:val="04A0" w:firstRow="1" w:lastRow="0" w:firstColumn="1" w:lastColumn="0" w:noHBand="0" w:noVBand="1"/>
      </w:tblPr>
      <w:tblGrid>
        <w:gridCol w:w="2340"/>
        <w:gridCol w:w="2340"/>
        <w:gridCol w:w="2340"/>
        <w:gridCol w:w="2340"/>
      </w:tblGrid>
      <w:tr w:rsidR="002B4A1C" w14:paraId="0A759DC7" w14:textId="77777777">
        <w:trPr>
          <w:tblHeader/>
        </w:trPr>
        <w:tc>
          <w:tcPr>
            <w:tcW w:w="2340" w:type="dxa"/>
            <w:shd w:val="clear" w:color="auto" w:fill="A30F19"/>
            <w:tcMar>
              <w:top w:w="120" w:type="dxa"/>
              <w:left w:w="100" w:type="dxa"/>
              <w:bottom w:w="120" w:type="dxa"/>
              <w:right w:w="100" w:type="dxa"/>
            </w:tcMar>
            <w:vAlign w:val="center"/>
          </w:tcPr>
          <w:p w14:paraId="0AB7731A" w14:textId="77777777" w:rsidR="002B4A1C" w:rsidRDefault="00000000">
            <w:pPr>
              <w:jc w:val="center"/>
            </w:pPr>
            <w:r>
              <w:rPr>
                <w:b/>
                <w:color w:val="FFFFFF"/>
                <w:sz w:val="17"/>
              </w:rPr>
              <w:t>Ngân sách cơ sở</w:t>
            </w:r>
          </w:p>
        </w:tc>
        <w:tc>
          <w:tcPr>
            <w:tcW w:w="2340" w:type="dxa"/>
            <w:shd w:val="clear" w:color="auto" w:fill="A30F19"/>
            <w:tcMar>
              <w:top w:w="120" w:type="dxa"/>
              <w:left w:w="100" w:type="dxa"/>
              <w:bottom w:w="120" w:type="dxa"/>
              <w:right w:w="100" w:type="dxa"/>
            </w:tcMar>
            <w:vAlign w:val="center"/>
          </w:tcPr>
          <w:p w14:paraId="3AC7688A" w14:textId="77777777" w:rsidR="002B4A1C" w:rsidRDefault="00000000">
            <w:pPr>
              <w:jc w:val="center"/>
            </w:pPr>
            <w:r>
              <w:rPr>
                <w:b/>
                <w:color w:val="FFFFFF"/>
                <w:sz w:val="17"/>
              </w:rPr>
              <w:t>Dự phòng 8%</w:t>
            </w:r>
          </w:p>
        </w:tc>
        <w:tc>
          <w:tcPr>
            <w:tcW w:w="2340" w:type="dxa"/>
            <w:shd w:val="clear" w:color="auto" w:fill="A30F19"/>
            <w:tcMar>
              <w:top w:w="120" w:type="dxa"/>
              <w:left w:w="100" w:type="dxa"/>
              <w:bottom w:w="120" w:type="dxa"/>
              <w:right w:w="100" w:type="dxa"/>
            </w:tcMar>
            <w:vAlign w:val="center"/>
          </w:tcPr>
          <w:p w14:paraId="0F025A88" w14:textId="77777777" w:rsidR="002B4A1C" w:rsidRDefault="00000000">
            <w:pPr>
              <w:jc w:val="center"/>
            </w:pPr>
            <w:r>
              <w:rPr>
                <w:b/>
                <w:color w:val="FFFFFF"/>
                <w:sz w:val="17"/>
              </w:rPr>
              <w:t>Tổng dự kiến</w:t>
            </w:r>
          </w:p>
        </w:tc>
        <w:tc>
          <w:tcPr>
            <w:tcW w:w="2340" w:type="dxa"/>
            <w:shd w:val="clear" w:color="auto" w:fill="A30F19"/>
            <w:tcMar>
              <w:top w:w="120" w:type="dxa"/>
              <w:left w:w="100" w:type="dxa"/>
              <w:bottom w:w="120" w:type="dxa"/>
              <w:right w:w="100" w:type="dxa"/>
            </w:tcMar>
            <w:vAlign w:val="center"/>
          </w:tcPr>
          <w:p w14:paraId="6857C6E1" w14:textId="77777777" w:rsidR="002B4A1C" w:rsidRDefault="00000000">
            <w:pPr>
              <w:jc w:val="center"/>
            </w:pPr>
            <w:r>
              <w:rPr>
                <w:b/>
                <w:color w:val="FFFFFF"/>
                <w:sz w:val="17"/>
              </w:rPr>
              <w:t>Bình quân/khách</w:t>
            </w:r>
          </w:p>
        </w:tc>
      </w:tr>
      <w:tr w:rsidR="002B4A1C" w14:paraId="1969F430" w14:textId="77777777">
        <w:tc>
          <w:tcPr>
            <w:tcW w:w="2340" w:type="dxa"/>
            <w:shd w:val="clear" w:color="auto" w:fill="FCEDEE"/>
            <w:tcMar>
              <w:top w:w="120" w:type="dxa"/>
              <w:left w:w="100" w:type="dxa"/>
              <w:bottom w:w="120" w:type="dxa"/>
              <w:right w:w="100" w:type="dxa"/>
            </w:tcMar>
            <w:vAlign w:val="center"/>
          </w:tcPr>
          <w:p w14:paraId="5D328E51" w14:textId="77777777" w:rsidR="002B4A1C" w:rsidRDefault="00000000">
            <w:pPr>
              <w:jc w:val="center"/>
            </w:pPr>
            <w:r>
              <w:rPr>
                <w:b/>
                <w:color w:val="A30F19"/>
                <w:sz w:val="21"/>
              </w:rPr>
              <w:t>302.350.000 VNĐ</w:t>
            </w:r>
          </w:p>
        </w:tc>
        <w:tc>
          <w:tcPr>
            <w:tcW w:w="2340" w:type="dxa"/>
            <w:shd w:val="clear" w:color="auto" w:fill="FCEDEE"/>
            <w:tcMar>
              <w:top w:w="120" w:type="dxa"/>
              <w:left w:w="100" w:type="dxa"/>
              <w:bottom w:w="120" w:type="dxa"/>
              <w:right w:w="100" w:type="dxa"/>
            </w:tcMar>
            <w:vAlign w:val="center"/>
          </w:tcPr>
          <w:p w14:paraId="778AAE03" w14:textId="77777777" w:rsidR="002B4A1C" w:rsidRDefault="00000000">
            <w:pPr>
              <w:jc w:val="center"/>
            </w:pPr>
            <w:r>
              <w:rPr>
                <w:b/>
                <w:color w:val="A30F19"/>
                <w:sz w:val="21"/>
              </w:rPr>
              <w:t>24.188.000 VNĐ</w:t>
            </w:r>
          </w:p>
        </w:tc>
        <w:tc>
          <w:tcPr>
            <w:tcW w:w="2340" w:type="dxa"/>
            <w:shd w:val="clear" w:color="auto" w:fill="FCEDEE"/>
            <w:tcMar>
              <w:top w:w="120" w:type="dxa"/>
              <w:left w:w="100" w:type="dxa"/>
              <w:bottom w:w="120" w:type="dxa"/>
              <w:right w:w="100" w:type="dxa"/>
            </w:tcMar>
            <w:vAlign w:val="center"/>
          </w:tcPr>
          <w:p w14:paraId="1E429B35" w14:textId="77777777" w:rsidR="002B4A1C" w:rsidRDefault="00000000">
            <w:pPr>
              <w:jc w:val="center"/>
            </w:pPr>
            <w:r>
              <w:rPr>
                <w:b/>
                <w:color w:val="A30F19"/>
                <w:sz w:val="21"/>
              </w:rPr>
              <w:t>326.538.000 VNĐ</w:t>
            </w:r>
          </w:p>
        </w:tc>
        <w:tc>
          <w:tcPr>
            <w:tcW w:w="2340" w:type="dxa"/>
            <w:shd w:val="clear" w:color="auto" w:fill="FCEDEE"/>
            <w:tcMar>
              <w:top w:w="120" w:type="dxa"/>
              <w:left w:w="100" w:type="dxa"/>
              <w:bottom w:w="120" w:type="dxa"/>
              <w:right w:w="100" w:type="dxa"/>
            </w:tcMar>
            <w:vAlign w:val="center"/>
          </w:tcPr>
          <w:p w14:paraId="7C490C4E" w14:textId="77777777" w:rsidR="002B4A1C" w:rsidRDefault="00000000">
            <w:pPr>
              <w:jc w:val="center"/>
            </w:pPr>
            <w:r>
              <w:rPr>
                <w:b/>
                <w:color w:val="A30F19"/>
                <w:sz w:val="21"/>
              </w:rPr>
              <w:t>2.176.920 VNĐ</w:t>
            </w:r>
          </w:p>
        </w:tc>
      </w:tr>
    </w:tbl>
    <w:p w14:paraId="10C9A5FD" w14:textId="77777777" w:rsidR="002B4A1C" w:rsidRDefault="00000000">
      <w:r>
        <w:br w:type="page"/>
      </w:r>
    </w:p>
    <w:p w14:paraId="22F19881" w14:textId="77777777" w:rsidR="002B4A1C" w:rsidRDefault="00000000">
      <w:pPr>
        <w:pStyle w:val="Heading1"/>
      </w:pPr>
      <w:r>
        <w:lastRenderedPageBreak/>
        <w:t>1. Thông tin và phạm vi giả định</w:t>
      </w:r>
    </w:p>
    <w:p w14:paraId="29744C2E" w14:textId="77777777" w:rsidR="002B4A1C" w:rsidRDefault="00000000">
      <w:pPr>
        <w:spacing w:after="80"/>
      </w:pPr>
      <w:r>
        <w:rPr>
          <w:b/>
          <w:color w:val="A30F19"/>
          <w:sz w:val="21"/>
        </w:rPr>
        <w:t xml:space="preserve">Tên chương trình: </w:t>
      </w:r>
      <w:r>
        <w:rPr>
          <w:sz w:val="21"/>
        </w:rPr>
        <w:t>BrandBoost Connect 2026 — Hội nghị khách hàng</w:t>
      </w:r>
    </w:p>
    <w:p w14:paraId="6D9B46D7" w14:textId="77777777" w:rsidR="002B4A1C" w:rsidRDefault="00000000">
      <w:pPr>
        <w:spacing w:after="80"/>
      </w:pPr>
      <w:r>
        <w:rPr>
          <w:b/>
          <w:color w:val="A30F19"/>
          <w:sz w:val="21"/>
        </w:rPr>
        <w:t xml:space="preserve">Mục tiêu: </w:t>
      </w:r>
      <w:r>
        <w:rPr>
          <w:sz w:val="21"/>
        </w:rPr>
        <w:t>Tri ân khách hàng, cập nhật định hướng hợp tác và tạo không gian kết nối</w:t>
      </w:r>
    </w:p>
    <w:p w14:paraId="78F9A6E7" w14:textId="77777777" w:rsidR="002B4A1C" w:rsidRDefault="00000000">
      <w:pPr>
        <w:spacing w:after="80"/>
      </w:pPr>
      <w:r>
        <w:rPr>
          <w:b/>
          <w:color w:val="A30F19"/>
          <w:sz w:val="21"/>
        </w:rPr>
        <w:t xml:space="preserve">Quy mô: </w:t>
      </w:r>
      <w:r>
        <w:rPr>
          <w:sz w:val="21"/>
        </w:rPr>
        <w:t>150 khách mời; khoảng 20 nhân sự vận hành và nhà cung cấp</w:t>
      </w:r>
    </w:p>
    <w:p w14:paraId="1C84F56A" w14:textId="77777777" w:rsidR="002B4A1C" w:rsidRDefault="00000000">
      <w:pPr>
        <w:spacing w:after="80"/>
      </w:pPr>
      <w:r>
        <w:rPr>
          <w:b/>
          <w:color w:val="A30F19"/>
          <w:sz w:val="21"/>
        </w:rPr>
        <w:t xml:space="preserve">Thời lượng: </w:t>
      </w:r>
      <w:r>
        <w:rPr>
          <w:sz w:val="21"/>
        </w:rPr>
        <w:t>Nửa ngày, dự kiến 13:00–17:30; setup từ buổi sáng</w:t>
      </w:r>
    </w:p>
    <w:p w14:paraId="33C7A2F9" w14:textId="77777777" w:rsidR="002B4A1C" w:rsidRDefault="00000000">
      <w:pPr>
        <w:spacing w:after="80"/>
      </w:pPr>
      <w:r>
        <w:rPr>
          <w:b/>
          <w:color w:val="A30F19"/>
          <w:sz w:val="21"/>
        </w:rPr>
        <w:t xml:space="preserve">Không gian: </w:t>
      </w:r>
      <w:r>
        <w:rPr>
          <w:sz w:val="21"/>
        </w:rPr>
        <w:t>Một hội trường trong nhà tại TP.HCM, có khu check-in và tiệc nhẹ</w:t>
      </w:r>
    </w:p>
    <w:p w14:paraId="0CC3FE88" w14:textId="77777777" w:rsidR="002B4A1C" w:rsidRDefault="00000000">
      <w:pPr>
        <w:spacing w:after="80"/>
      </w:pPr>
      <w:r>
        <w:rPr>
          <w:b/>
          <w:color w:val="A30F19"/>
          <w:sz w:val="21"/>
        </w:rPr>
        <w:t xml:space="preserve">Tiêu chuẩn: </w:t>
      </w:r>
      <w:r>
        <w:rPr>
          <w:sz w:val="21"/>
        </w:rPr>
        <w:t>Mức đầu tư trung bình, có sân khấu, LED, âm thanh, ánh sáng, photobooth và quà tặng</w:t>
      </w:r>
    </w:p>
    <w:p w14:paraId="5608533D" w14:textId="77777777" w:rsidR="002B4A1C" w:rsidRDefault="00000000">
      <w:pPr>
        <w:pStyle w:val="Heading1"/>
      </w:pPr>
      <w:r>
        <w:t>2. Tổng hợp ngân sách</w:t>
      </w:r>
    </w:p>
    <w:p w14:paraId="186E2EF8" w14:textId="77777777" w:rsidR="002B4A1C" w:rsidRDefault="00000000">
      <w:r>
        <w:rPr>
          <w:sz w:val="21"/>
        </w:rPr>
        <w:t>Bảng tổng hợp cho biết mức phân bổ dự kiến của từng nhóm chi phí trước khi cộng khoản dự phòng.</w:t>
      </w:r>
    </w:p>
    <w:tbl>
      <w:tblPr>
        <w:tblW w:w="9360" w:type="dxa"/>
        <w:tblInd w:w="120" w:type="dxa"/>
        <w:tblLayout w:type="fixed"/>
        <w:tblLook w:val="04A0" w:firstRow="1" w:lastRow="0" w:firstColumn="1" w:lastColumn="0" w:noHBand="0" w:noVBand="1"/>
      </w:tblPr>
      <w:tblGrid>
        <w:gridCol w:w="3500"/>
        <w:gridCol w:w="2100"/>
        <w:gridCol w:w="1400"/>
        <w:gridCol w:w="2360"/>
      </w:tblGrid>
      <w:tr w:rsidR="002B4A1C" w14:paraId="21A0F890" w14:textId="77777777">
        <w:trPr>
          <w:cantSplit/>
          <w:tblHeader/>
        </w:trPr>
        <w:tc>
          <w:tcPr>
            <w:tcW w:w="350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560C9178" w14:textId="77777777" w:rsidR="002B4A1C" w:rsidRDefault="00000000">
            <w:pPr>
              <w:spacing w:after="0" w:line="240" w:lineRule="auto"/>
              <w:jc w:val="center"/>
            </w:pPr>
            <w:r>
              <w:rPr>
                <w:b/>
                <w:color w:val="FFFFFF"/>
                <w:sz w:val="18"/>
              </w:rPr>
              <w:t>Nhóm chi phí</w:t>
            </w:r>
          </w:p>
        </w:tc>
        <w:tc>
          <w:tcPr>
            <w:tcW w:w="210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3B359D55" w14:textId="77777777" w:rsidR="002B4A1C" w:rsidRDefault="00000000">
            <w:pPr>
              <w:spacing w:after="0" w:line="240" w:lineRule="auto"/>
              <w:jc w:val="center"/>
            </w:pPr>
            <w:r>
              <w:rPr>
                <w:b/>
                <w:color w:val="FFFFFF"/>
                <w:sz w:val="18"/>
              </w:rPr>
              <w:t>Giá trị dự kiến</w:t>
            </w:r>
          </w:p>
        </w:tc>
        <w:tc>
          <w:tcPr>
            <w:tcW w:w="140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12E19F92" w14:textId="77777777" w:rsidR="002B4A1C" w:rsidRDefault="00000000">
            <w:pPr>
              <w:spacing w:after="0" w:line="240" w:lineRule="auto"/>
              <w:jc w:val="center"/>
            </w:pPr>
            <w:r>
              <w:rPr>
                <w:b/>
                <w:color w:val="FFFFFF"/>
                <w:sz w:val="18"/>
              </w:rPr>
              <w:t>Tỷ trọng</w:t>
            </w:r>
          </w:p>
        </w:tc>
        <w:tc>
          <w:tcPr>
            <w:tcW w:w="236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74B367C5" w14:textId="77777777" w:rsidR="002B4A1C" w:rsidRDefault="00000000">
            <w:pPr>
              <w:spacing w:after="0" w:line="240" w:lineRule="auto"/>
              <w:jc w:val="center"/>
            </w:pPr>
            <w:r>
              <w:rPr>
                <w:b/>
                <w:color w:val="FFFFFF"/>
                <w:sz w:val="18"/>
              </w:rPr>
              <w:t>Trạng thái</w:t>
            </w:r>
          </w:p>
        </w:tc>
      </w:tr>
      <w:tr w:rsidR="002B4A1C" w14:paraId="4B3D8D06" w14:textId="77777777">
        <w:trPr>
          <w:cantSplit/>
        </w:trPr>
        <w:tc>
          <w:tcPr>
            <w:tcW w:w="35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376C79DD" w14:textId="77777777" w:rsidR="002B4A1C" w:rsidRDefault="00000000">
            <w:pPr>
              <w:spacing w:after="0" w:line="240" w:lineRule="auto"/>
            </w:pPr>
            <w:r>
              <w:rPr>
                <w:sz w:val="18"/>
              </w:rPr>
              <w:t>A. Địa điểm và ẩm thực</w:t>
            </w:r>
          </w:p>
        </w:tc>
        <w:tc>
          <w:tcPr>
            <w:tcW w:w="21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78BED0C" w14:textId="77777777" w:rsidR="002B4A1C" w:rsidRDefault="00000000">
            <w:pPr>
              <w:spacing w:after="0" w:line="240" w:lineRule="auto"/>
            </w:pPr>
            <w:r>
              <w:rPr>
                <w:sz w:val="18"/>
              </w:rPr>
              <w:t>59.400.000 VNĐ</w:t>
            </w:r>
          </w:p>
        </w:tc>
        <w:tc>
          <w:tcPr>
            <w:tcW w:w="14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2E11D66D" w14:textId="77777777" w:rsidR="002B4A1C" w:rsidRDefault="00000000">
            <w:pPr>
              <w:spacing w:after="0" w:line="240" w:lineRule="auto"/>
              <w:jc w:val="center"/>
            </w:pPr>
            <w:r>
              <w:rPr>
                <w:sz w:val="18"/>
              </w:rPr>
              <w:t>19,6%</w:t>
            </w:r>
          </w:p>
        </w:tc>
        <w:tc>
          <w:tcPr>
            <w:tcW w:w="23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7D5BF11B" w14:textId="77777777" w:rsidR="002B4A1C" w:rsidRDefault="00000000">
            <w:pPr>
              <w:spacing w:after="0" w:line="240" w:lineRule="auto"/>
              <w:jc w:val="center"/>
            </w:pPr>
            <w:r>
              <w:rPr>
                <w:sz w:val="18"/>
              </w:rPr>
              <w:t>Giả định</w:t>
            </w:r>
          </w:p>
        </w:tc>
      </w:tr>
      <w:tr w:rsidR="002B4A1C" w14:paraId="4B81D71F" w14:textId="77777777">
        <w:trPr>
          <w:cantSplit/>
        </w:trPr>
        <w:tc>
          <w:tcPr>
            <w:tcW w:w="35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1357EE88" w14:textId="77777777" w:rsidR="002B4A1C" w:rsidRDefault="00000000">
            <w:pPr>
              <w:spacing w:after="0" w:line="240" w:lineRule="auto"/>
            </w:pPr>
            <w:r>
              <w:rPr>
                <w:sz w:val="18"/>
              </w:rPr>
              <w:t>B. Kỹ thuật sự kiện</w:t>
            </w:r>
          </w:p>
        </w:tc>
        <w:tc>
          <w:tcPr>
            <w:tcW w:w="21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2F669898" w14:textId="77777777" w:rsidR="002B4A1C" w:rsidRDefault="00000000">
            <w:pPr>
              <w:spacing w:after="0" w:line="240" w:lineRule="auto"/>
            </w:pPr>
            <w:r>
              <w:rPr>
                <w:sz w:val="18"/>
              </w:rPr>
              <w:t>69.900.000 VNĐ</w:t>
            </w:r>
          </w:p>
        </w:tc>
        <w:tc>
          <w:tcPr>
            <w:tcW w:w="14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DF8DA1C" w14:textId="77777777" w:rsidR="002B4A1C" w:rsidRDefault="00000000">
            <w:pPr>
              <w:spacing w:after="0" w:line="240" w:lineRule="auto"/>
              <w:jc w:val="center"/>
            </w:pPr>
            <w:r>
              <w:rPr>
                <w:sz w:val="18"/>
              </w:rPr>
              <w:t>23,1%</w:t>
            </w:r>
          </w:p>
        </w:tc>
        <w:tc>
          <w:tcPr>
            <w:tcW w:w="23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1ED42450" w14:textId="77777777" w:rsidR="002B4A1C" w:rsidRDefault="00000000">
            <w:pPr>
              <w:spacing w:after="0" w:line="240" w:lineRule="auto"/>
              <w:jc w:val="center"/>
            </w:pPr>
            <w:r>
              <w:rPr>
                <w:sz w:val="18"/>
              </w:rPr>
              <w:t>Giả định</w:t>
            </w:r>
          </w:p>
        </w:tc>
      </w:tr>
      <w:tr w:rsidR="002B4A1C" w14:paraId="53B1118F" w14:textId="77777777">
        <w:trPr>
          <w:cantSplit/>
        </w:trPr>
        <w:tc>
          <w:tcPr>
            <w:tcW w:w="35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4F2693BB" w14:textId="77777777" w:rsidR="002B4A1C" w:rsidRDefault="00000000">
            <w:pPr>
              <w:spacing w:after="0" w:line="240" w:lineRule="auto"/>
            </w:pPr>
            <w:r>
              <w:rPr>
                <w:sz w:val="18"/>
              </w:rPr>
              <w:t>C. Sản xuất và trang trí</w:t>
            </w:r>
          </w:p>
        </w:tc>
        <w:tc>
          <w:tcPr>
            <w:tcW w:w="21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5FE541D" w14:textId="77777777" w:rsidR="002B4A1C" w:rsidRDefault="00000000">
            <w:pPr>
              <w:spacing w:after="0" w:line="240" w:lineRule="auto"/>
            </w:pPr>
            <w:r>
              <w:rPr>
                <w:sz w:val="18"/>
              </w:rPr>
              <w:t>49.800.000 VNĐ</w:t>
            </w:r>
          </w:p>
        </w:tc>
        <w:tc>
          <w:tcPr>
            <w:tcW w:w="14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8ED9495" w14:textId="77777777" w:rsidR="002B4A1C" w:rsidRDefault="00000000">
            <w:pPr>
              <w:spacing w:after="0" w:line="240" w:lineRule="auto"/>
              <w:jc w:val="center"/>
            </w:pPr>
            <w:r>
              <w:rPr>
                <w:sz w:val="18"/>
              </w:rPr>
              <w:t>16,5%</w:t>
            </w:r>
          </w:p>
        </w:tc>
        <w:tc>
          <w:tcPr>
            <w:tcW w:w="23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2D69ECE0" w14:textId="77777777" w:rsidR="002B4A1C" w:rsidRDefault="00000000">
            <w:pPr>
              <w:spacing w:after="0" w:line="240" w:lineRule="auto"/>
              <w:jc w:val="center"/>
            </w:pPr>
            <w:r>
              <w:rPr>
                <w:sz w:val="18"/>
              </w:rPr>
              <w:t>Giả định</w:t>
            </w:r>
          </w:p>
        </w:tc>
      </w:tr>
      <w:tr w:rsidR="002B4A1C" w14:paraId="541A1EF6" w14:textId="77777777">
        <w:trPr>
          <w:cantSplit/>
        </w:trPr>
        <w:tc>
          <w:tcPr>
            <w:tcW w:w="35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4AFB8007" w14:textId="77777777" w:rsidR="002B4A1C" w:rsidRDefault="00000000">
            <w:pPr>
              <w:spacing w:after="0" w:line="240" w:lineRule="auto"/>
            </w:pPr>
            <w:r>
              <w:rPr>
                <w:sz w:val="18"/>
              </w:rPr>
              <w:t>D. Nội dung và nhân sự</w:t>
            </w:r>
          </w:p>
        </w:tc>
        <w:tc>
          <w:tcPr>
            <w:tcW w:w="21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2D6B67A8" w14:textId="77777777" w:rsidR="002B4A1C" w:rsidRDefault="00000000">
            <w:pPr>
              <w:spacing w:after="0" w:line="240" w:lineRule="auto"/>
            </w:pPr>
            <w:r>
              <w:rPr>
                <w:sz w:val="18"/>
              </w:rPr>
              <w:t>43.000.000 VNĐ</w:t>
            </w:r>
          </w:p>
        </w:tc>
        <w:tc>
          <w:tcPr>
            <w:tcW w:w="14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C746D14" w14:textId="77777777" w:rsidR="002B4A1C" w:rsidRDefault="00000000">
            <w:pPr>
              <w:spacing w:after="0" w:line="240" w:lineRule="auto"/>
              <w:jc w:val="center"/>
            </w:pPr>
            <w:r>
              <w:rPr>
                <w:sz w:val="18"/>
              </w:rPr>
              <w:t>14,2%</w:t>
            </w:r>
          </w:p>
        </w:tc>
        <w:tc>
          <w:tcPr>
            <w:tcW w:w="23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698951F5" w14:textId="77777777" w:rsidR="002B4A1C" w:rsidRDefault="00000000">
            <w:pPr>
              <w:spacing w:after="0" w:line="240" w:lineRule="auto"/>
              <w:jc w:val="center"/>
            </w:pPr>
            <w:r>
              <w:rPr>
                <w:sz w:val="18"/>
              </w:rPr>
              <w:t>Giả định</w:t>
            </w:r>
          </w:p>
        </w:tc>
      </w:tr>
      <w:tr w:rsidR="002B4A1C" w14:paraId="31361A9F" w14:textId="77777777">
        <w:trPr>
          <w:cantSplit/>
        </w:trPr>
        <w:tc>
          <w:tcPr>
            <w:tcW w:w="35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09229FFB" w14:textId="77777777" w:rsidR="002B4A1C" w:rsidRDefault="00000000">
            <w:pPr>
              <w:spacing w:after="0" w:line="240" w:lineRule="auto"/>
            </w:pPr>
            <w:r>
              <w:rPr>
                <w:sz w:val="18"/>
              </w:rPr>
              <w:t>E. Truyền thông và vật phẩm</w:t>
            </w:r>
          </w:p>
        </w:tc>
        <w:tc>
          <w:tcPr>
            <w:tcW w:w="21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0602725" w14:textId="77777777" w:rsidR="002B4A1C" w:rsidRDefault="00000000">
            <w:pPr>
              <w:spacing w:after="0" w:line="240" w:lineRule="auto"/>
            </w:pPr>
            <w:r>
              <w:rPr>
                <w:sz w:val="18"/>
              </w:rPr>
              <w:t>52.250.000 VNĐ</w:t>
            </w:r>
          </w:p>
        </w:tc>
        <w:tc>
          <w:tcPr>
            <w:tcW w:w="14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3CA6A71" w14:textId="77777777" w:rsidR="002B4A1C" w:rsidRDefault="00000000">
            <w:pPr>
              <w:spacing w:after="0" w:line="240" w:lineRule="auto"/>
              <w:jc w:val="center"/>
            </w:pPr>
            <w:r>
              <w:rPr>
                <w:sz w:val="18"/>
              </w:rPr>
              <w:t>17,3%</w:t>
            </w:r>
          </w:p>
        </w:tc>
        <w:tc>
          <w:tcPr>
            <w:tcW w:w="23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7624D24" w14:textId="77777777" w:rsidR="002B4A1C" w:rsidRDefault="00000000">
            <w:pPr>
              <w:spacing w:after="0" w:line="240" w:lineRule="auto"/>
              <w:jc w:val="center"/>
            </w:pPr>
            <w:r>
              <w:rPr>
                <w:sz w:val="18"/>
              </w:rPr>
              <w:t>Giả định</w:t>
            </w:r>
          </w:p>
        </w:tc>
      </w:tr>
      <w:tr w:rsidR="002B4A1C" w14:paraId="56281D25" w14:textId="77777777">
        <w:trPr>
          <w:cantSplit/>
        </w:trPr>
        <w:tc>
          <w:tcPr>
            <w:tcW w:w="35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3A8169D" w14:textId="77777777" w:rsidR="002B4A1C" w:rsidRDefault="00000000">
            <w:pPr>
              <w:spacing w:after="0" w:line="240" w:lineRule="auto"/>
            </w:pPr>
            <w:r>
              <w:rPr>
                <w:sz w:val="18"/>
              </w:rPr>
              <w:t>F. Quản lý và hậu cần</w:t>
            </w:r>
          </w:p>
        </w:tc>
        <w:tc>
          <w:tcPr>
            <w:tcW w:w="21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62783822" w14:textId="77777777" w:rsidR="002B4A1C" w:rsidRDefault="00000000">
            <w:pPr>
              <w:spacing w:after="0" w:line="240" w:lineRule="auto"/>
            </w:pPr>
            <w:r>
              <w:rPr>
                <w:sz w:val="18"/>
              </w:rPr>
              <w:t>28.000.000 VNĐ</w:t>
            </w:r>
          </w:p>
        </w:tc>
        <w:tc>
          <w:tcPr>
            <w:tcW w:w="14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90E6BE9" w14:textId="77777777" w:rsidR="002B4A1C" w:rsidRDefault="00000000">
            <w:pPr>
              <w:spacing w:after="0" w:line="240" w:lineRule="auto"/>
              <w:jc w:val="center"/>
            </w:pPr>
            <w:r>
              <w:rPr>
                <w:sz w:val="18"/>
              </w:rPr>
              <w:t>9,3%</w:t>
            </w:r>
          </w:p>
        </w:tc>
        <w:tc>
          <w:tcPr>
            <w:tcW w:w="23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794E9146" w14:textId="77777777" w:rsidR="002B4A1C" w:rsidRDefault="00000000">
            <w:pPr>
              <w:spacing w:after="0" w:line="240" w:lineRule="auto"/>
              <w:jc w:val="center"/>
            </w:pPr>
            <w:r>
              <w:rPr>
                <w:sz w:val="18"/>
              </w:rPr>
              <w:t>Giả định</w:t>
            </w:r>
          </w:p>
        </w:tc>
      </w:tr>
      <w:tr w:rsidR="002B4A1C" w14:paraId="5AB03131" w14:textId="77777777">
        <w:trPr>
          <w:cantSplit/>
        </w:trPr>
        <w:tc>
          <w:tcPr>
            <w:tcW w:w="350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5BF2F1E0" w14:textId="77777777" w:rsidR="002B4A1C" w:rsidRDefault="00000000">
            <w:pPr>
              <w:spacing w:after="0" w:line="240" w:lineRule="auto"/>
            </w:pPr>
            <w:r>
              <w:rPr>
                <w:b/>
                <w:color w:val="A30F19"/>
                <w:sz w:val="18"/>
              </w:rPr>
              <w:t>Tổng ngân sách cơ sở</w:t>
            </w:r>
          </w:p>
        </w:tc>
        <w:tc>
          <w:tcPr>
            <w:tcW w:w="210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12360BA0" w14:textId="77777777" w:rsidR="002B4A1C" w:rsidRDefault="00000000">
            <w:pPr>
              <w:spacing w:after="0" w:line="240" w:lineRule="auto"/>
            </w:pPr>
            <w:r>
              <w:rPr>
                <w:b/>
                <w:color w:val="A30F19"/>
                <w:sz w:val="18"/>
              </w:rPr>
              <w:t>302.350.000 VNĐ</w:t>
            </w:r>
          </w:p>
        </w:tc>
        <w:tc>
          <w:tcPr>
            <w:tcW w:w="140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3E68A628" w14:textId="77777777" w:rsidR="002B4A1C" w:rsidRDefault="00000000">
            <w:pPr>
              <w:spacing w:after="0" w:line="240" w:lineRule="auto"/>
              <w:jc w:val="center"/>
            </w:pPr>
            <w:r>
              <w:rPr>
                <w:b/>
                <w:color w:val="A30F19"/>
                <w:sz w:val="18"/>
              </w:rPr>
              <w:t>100%</w:t>
            </w:r>
          </w:p>
        </w:tc>
        <w:tc>
          <w:tcPr>
            <w:tcW w:w="236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4FBB2CBD" w14:textId="77777777" w:rsidR="002B4A1C" w:rsidRDefault="00000000">
            <w:pPr>
              <w:spacing w:after="0" w:line="240" w:lineRule="auto"/>
              <w:jc w:val="center"/>
            </w:pPr>
            <w:r>
              <w:rPr>
                <w:b/>
                <w:color w:val="A30F19"/>
                <w:sz w:val="18"/>
              </w:rPr>
              <w:t>Chờ phê duyệt</w:t>
            </w:r>
          </w:p>
        </w:tc>
      </w:tr>
    </w:tbl>
    <w:p w14:paraId="345BF92C" w14:textId="77777777" w:rsidR="002B4A1C" w:rsidRDefault="00000000">
      <w:pPr>
        <w:pStyle w:val="Heading1"/>
      </w:pPr>
      <w:r>
        <w:t>3. Bảng dự trù kinh phí chi tiết</w:t>
      </w:r>
    </w:p>
    <w:p w14:paraId="4772D4B1" w14:textId="77777777" w:rsidR="002B4A1C" w:rsidRDefault="00000000">
      <w:r>
        <w:rPr>
          <w:sz w:val="21"/>
        </w:rPr>
        <w:t>Đơn giá và số lượng dưới đây chỉ là giả định. Khi sử dụng thực tế, cần thay bằng báo giá, phạm vi bàn giao và điều kiện thanh toán đã được xác nhận.</w:t>
      </w:r>
    </w:p>
    <w:p w14:paraId="1B565DA0" w14:textId="77777777" w:rsidR="002B4A1C" w:rsidRDefault="00000000">
      <w:pPr>
        <w:pStyle w:val="Heading2"/>
      </w:pPr>
      <w:r>
        <w:t>A. Địa điểm và ẩm thực</w:t>
      </w:r>
    </w:p>
    <w:tbl>
      <w:tblPr>
        <w:tblW w:w="9360" w:type="dxa"/>
        <w:tblInd w:w="120" w:type="dxa"/>
        <w:tblLayout w:type="fixed"/>
        <w:tblLook w:val="04A0" w:firstRow="1" w:lastRow="0" w:firstColumn="1" w:lastColumn="0" w:noHBand="0" w:noVBand="1"/>
      </w:tblPr>
      <w:tblGrid>
        <w:gridCol w:w="550"/>
        <w:gridCol w:w="3750"/>
        <w:gridCol w:w="900"/>
        <w:gridCol w:w="650"/>
        <w:gridCol w:w="1650"/>
        <w:gridCol w:w="1860"/>
      </w:tblGrid>
      <w:tr w:rsidR="002B4A1C" w14:paraId="1499BC0D" w14:textId="77777777">
        <w:trPr>
          <w:cantSplit/>
          <w:tblHeader/>
        </w:trPr>
        <w:tc>
          <w:tcPr>
            <w:tcW w:w="5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5B527600" w14:textId="77777777" w:rsidR="002B4A1C" w:rsidRDefault="00000000">
            <w:pPr>
              <w:spacing w:after="0" w:line="240" w:lineRule="auto"/>
              <w:jc w:val="center"/>
            </w:pPr>
            <w:r>
              <w:rPr>
                <w:b/>
                <w:color w:val="FFFFFF"/>
                <w:sz w:val="17"/>
              </w:rPr>
              <w:t>Mã</w:t>
            </w:r>
          </w:p>
        </w:tc>
        <w:tc>
          <w:tcPr>
            <w:tcW w:w="37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0585C4A8" w14:textId="77777777" w:rsidR="002B4A1C" w:rsidRDefault="00000000">
            <w:pPr>
              <w:spacing w:after="0" w:line="240" w:lineRule="auto"/>
              <w:jc w:val="center"/>
            </w:pPr>
            <w:r>
              <w:rPr>
                <w:b/>
                <w:color w:val="FFFFFF"/>
                <w:sz w:val="17"/>
              </w:rPr>
              <w:t>Hạng mục</w:t>
            </w:r>
          </w:p>
        </w:tc>
        <w:tc>
          <w:tcPr>
            <w:tcW w:w="90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77D60EA9" w14:textId="77777777" w:rsidR="002B4A1C" w:rsidRDefault="00000000">
            <w:pPr>
              <w:spacing w:after="0" w:line="240" w:lineRule="auto"/>
              <w:jc w:val="center"/>
            </w:pPr>
            <w:r>
              <w:rPr>
                <w:b/>
                <w:color w:val="FFFFFF"/>
                <w:sz w:val="17"/>
              </w:rPr>
              <w:t>ĐVT</w:t>
            </w:r>
          </w:p>
        </w:tc>
        <w:tc>
          <w:tcPr>
            <w:tcW w:w="6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69FD5AFC" w14:textId="77777777" w:rsidR="002B4A1C" w:rsidRDefault="00000000">
            <w:pPr>
              <w:spacing w:after="0" w:line="240" w:lineRule="auto"/>
              <w:jc w:val="center"/>
            </w:pPr>
            <w:r>
              <w:rPr>
                <w:b/>
                <w:color w:val="FFFFFF"/>
                <w:sz w:val="17"/>
              </w:rPr>
              <w:t>SL</w:t>
            </w:r>
          </w:p>
        </w:tc>
        <w:tc>
          <w:tcPr>
            <w:tcW w:w="16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37985D79" w14:textId="77777777" w:rsidR="002B4A1C" w:rsidRDefault="00000000">
            <w:pPr>
              <w:spacing w:after="0" w:line="240" w:lineRule="auto"/>
              <w:jc w:val="center"/>
            </w:pPr>
            <w:r>
              <w:rPr>
                <w:b/>
                <w:color w:val="FFFFFF"/>
                <w:sz w:val="17"/>
              </w:rPr>
              <w:t>Đơn giá</w:t>
            </w:r>
          </w:p>
        </w:tc>
        <w:tc>
          <w:tcPr>
            <w:tcW w:w="186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6B46C252" w14:textId="77777777" w:rsidR="002B4A1C" w:rsidRDefault="00000000">
            <w:pPr>
              <w:spacing w:after="0" w:line="240" w:lineRule="auto"/>
              <w:jc w:val="center"/>
            </w:pPr>
            <w:r>
              <w:rPr>
                <w:b/>
                <w:color w:val="FFFFFF"/>
                <w:sz w:val="17"/>
              </w:rPr>
              <w:t>Thành tiền</w:t>
            </w:r>
          </w:p>
        </w:tc>
      </w:tr>
      <w:tr w:rsidR="002B4A1C" w14:paraId="119FC98D" w14:textId="77777777">
        <w:trPr>
          <w:cantSplit/>
        </w:trPr>
        <w:tc>
          <w:tcPr>
            <w:tcW w:w="5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8D006BA" w14:textId="77777777" w:rsidR="002B4A1C" w:rsidRDefault="00000000">
            <w:pPr>
              <w:spacing w:after="0" w:line="240" w:lineRule="auto"/>
              <w:jc w:val="center"/>
            </w:pPr>
            <w:r>
              <w:rPr>
                <w:sz w:val="17"/>
              </w:rPr>
              <w:t>A1</w:t>
            </w:r>
          </w:p>
        </w:tc>
        <w:tc>
          <w:tcPr>
            <w:tcW w:w="37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0F9EFCC4" w14:textId="77777777" w:rsidR="002B4A1C" w:rsidRDefault="00000000">
            <w:pPr>
              <w:spacing w:after="0" w:line="240" w:lineRule="auto"/>
            </w:pPr>
            <w:r>
              <w:rPr>
                <w:sz w:val="17"/>
              </w:rPr>
              <w:t>Thuê hội trường 150 khách, 1 buổi</w:t>
            </w:r>
          </w:p>
        </w:tc>
        <w:tc>
          <w:tcPr>
            <w:tcW w:w="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153B3F5" w14:textId="77777777" w:rsidR="002B4A1C" w:rsidRDefault="00000000">
            <w:pPr>
              <w:spacing w:after="0" w:line="240" w:lineRule="auto"/>
              <w:jc w:val="center"/>
            </w:pPr>
            <w:r>
              <w:rPr>
                <w:sz w:val="17"/>
              </w:rPr>
              <w:t>Buổi</w:t>
            </w:r>
          </w:p>
        </w:tc>
        <w:tc>
          <w:tcPr>
            <w:tcW w:w="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32BA627"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C921271" w14:textId="77777777" w:rsidR="002B4A1C" w:rsidRDefault="00000000">
            <w:pPr>
              <w:spacing w:after="0" w:line="240" w:lineRule="auto"/>
              <w:jc w:val="center"/>
            </w:pPr>
            <w:r>
              <w:rPr>
                <w:sz w:val="17"/>
              </w:rPr>
              <w:t>25.000.000</w:t>
            </w:r>
          </w:p>
        </w:tc>
        <w:tc>
          <w:tcPr>
            <w:tcW w:w="18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2ADA3E96" w14:textId="77777777" w:rsidR="002B4A1C" w:rsidRDefault="00000000">
            <w:pPr>
              <w:spacing w:after="0" w:line="240" w:lineRule="auto"/>
              <w:jc w:val="center"/>
            </w:pPr>
            <w:r>
              <w:rPr>
                <w:sz w:val="17"/>
              </w:rPr>
              <w:t>25.000.000</w:t>
            </w:r>
          </w:p>
        </w:tc>
      </w:tr>
      <w:tr w:rsidR="002B4A1C" w14:paraId="3A3BC258"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A03DD85" w14:textId="77777777" w:rsidR="002B4A1C" w:rsidRDefault="00000000">
            <w:pPr>
              <w:spacing w:after="0" w:line="240" w:lineRule="auto"/>
              <w:jc w:val="center"/>
            </w:pPr>
            <w:r>
              <w:rPr>
                <w:sz w:val="17"/>
              </w:rPr>
              <w:t>A2</w:t>
            </w:r>
          </w:p>
        </w:tc>
        <w:tc>
          <w:tcPr>
            <w:tcW w:w="37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4156131B" w14:textId="77777777" w:rsidR="002B4A1C" w:rsidRDefault="00000000">
            <w:pPr>
              <w:spacing w:after="0" w:line="240" w:lineRule="auto"/>
            </w:pPr>
            <w:r>
              <w:rPr>
                <w:sz w:val="17"/>
              </w:rPr>
              <w:t>Thời gian setup và tháo dỡ bổ sung</w:t>
            </w:r>
          </w:p>
        </w:tc>
        <w:tc>
          <w:tcPr>
            <w:tcW w:w="9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1E27B9D8" w14:textId="77777777" w:rsidR="002B4A1C" w:rsidRDefault="00000000">
            <w:pPr>
              <w:spacing w:after="0" w:line="240" w:lineRule="auto"/>
              <w:jc w:val="center"/>
            </w:pPr>
            <w:r>
              <w:rPr>
                <w:sz w:val="17"/>
              </w:rPr>
              <w:t>Gói</w:t>
            </w:r>
          </w:p>
        </w:tc>
        <w:tc>
          <w:tcPr>
            <w:tcW w:w="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75114E6F"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3FAF6A8" w14:textId="77777777" w:rsidR="002B4A1C" w:rsidRDefault="00000000">
            <w:pPr>
              <w:spacing w:after="0" w:line="240" w:lineRule="auto"/>
              <w:jc w:val="center"/>
            </w:pPr>
            <w:r>
              <w:rPr>
                <w:sz w:val="17"/>
              </w:rPr>
              <w:t>5.000.000</w:t>
            </w:r>
          </w:p>
        </w:tc>
        <w:tc>
          <w:tcPr>
            <w:tcW w:w="18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DD54819" w14:textId="77777777" w:rsidR="002B4A1C" w:rsidRDefault="00000000">
            <w:pPr>
              <w:spacing w:after="0" w:line="240" w:lineRule="auto"/>
              <w:jc w:val="center"/>
            </w:pPr>
            <w:r>
              <w:rPr>
                <w:sz w:val="17"/>
              </w:rPr>
              <w:t>5.000.000</w:t>
            </w:r>
          </w:p>
        </w:tc>
      </w:tr>
      <w:tr w:rsidR="002B4A1C" w14:paraId="42167E16" w14:textId="77777777">
        <w:trPr>
          <w:cantSplit/>
        </w:trPr>
        <w:tc>
          <w:tcPr>
            <w:tcW w:w="5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219B8CF4" w14:textId="77777777" w:rsidR="002B4A1C" w:rsidRDefault="00000000">
            <w:pPr>
              <w:spacing w:after="0" w:line="240" w:lineRule="auto"/>
              <w:jc w:val="center"/>
            </w:pPr>
            <w:r>
              <w:rPr>
                <w:sz w:val="17"/>
              </w:rPr>
              <w:t>A3</w:t>
            </w:r>
          </w:p>
        </w:tc>
        <w:tc>
          <w:tcPr>
            <w:tcW w:w="37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77B1E17" w14:textId="77777777" w:rsidR="002B4A1C" w:rsidRDefault="00000000">
            <w:pPr>
              <w:spacing w:after="0" w:line="240" w:lineRule="auto"/>
            </w:pPr>
            <w:r>
              <w:rPr>
                <w:sz w:val="17"/>
              </w:rPr>
              <w:t>Tiệc nhẹ giữa giờ cho khách</w:t>
            </w:r>
          </w:p>
        </w:tc>
        <w:tc>
          <w:tcPr>
            <w:tcW w:w="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793E540F" w14:textId="77777777" w:rsidR="002B4A1C" w:rsidRDefault="00000000">
            <w:pPr>
              <w:spacing w:after="0" w:line="240" w:lineRule="auto"/>
              <w:jc w:val="center"/>
            </w:pPr>
            <w:r>
              <w:rPr>
                <w:sz w:val="17"/>
              </w:rPr>
              <w:t>Suất</w:t>
            </w:r>
          </w:p>
        </w:tc>
        <w:tc>
          <w:tcPr>
            <w:tcW w:w="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72BBF61" w14:textId="77777777" w:rsidR="002B4A1C" w:rsidRDefault="00000000">
            <w:pPr>
              <w:spacing w:after="0" w:line="240" w:lineRule="auto"/>
              <w:jc w:val="center"/>
            </w:pPr>
            <w:r>
              <w:rPr>
                <w:sz w:val="17"/>
              </w:rPr>
              <w:t>150</w:t>
            </w:r>
          </w:p>
        </w:tc>
        <w:tc>
          <w:tcPr>
            <w:tcW w:w="1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459D6DD" w14:textId="77777777" w:rsidR="002B4A1C" w:rsidRDefault="00000000">
            <w:pPr>
              <w:spacing w:after="0" w:line="240" w:lineRule="auto"/>
              <w:jc w:val="center"/>
            </w:pPr>
            <w:r>
              <w:rPr>
                <w:sz w:val="17"/>
              </w:rPr>
              <w:t>180.000</w:t>
            </w:r>
          </w:p>
        </w:tc>
        <w:tc>
          <w:tcPr>
            <w:tcW w:w="18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594A1F8" w14:textId="77777777" w:rsidR="002B4A1C" w:rsidRDefault="00000000">
            <w:pPr>
              <w:spacing w:after="0" w:line="240" w:lineRule="auto"/>
              <w:jc w:val="center"/>
            </w:pPr>
            <w:r>
              <w:rPr>
                <w:sz w:val="17"/>
              </w:rPr>
              <w:t>27.000.000</w:t>
            </w:r>
          </w:p>
        </w:tc>
      </w:tr>
      <w:tr w:rsidR="002B4A1C" w14:paraId="585FAE4D"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73EFE768" w14:textId="77777777" w:rsidR="002B4A1C" w:rsidRDefault="00000000">
            <w:pPr>
              <w:spacing w:after="0" w:line="240" w:lineRule="auto"/>
              <w:jc w:val="center"/>
            </w:pPr>
            <w:r>
              <w:rPr>
                <w:sz w:val="17"/>
              </w:rPr>
              <w:t>A4</w:t>
            </w:r>
          </w:p>
        </w:tc>
        <w:tc>
          <w:tcPr>
            <w:tcW w:w="37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558D83AE" w14:textId="77777777" w:rsidR="002B4A1C" w:rsidRDefault="00000000">
            <w:pPr>
              <w:spacing w:after="0" w:line="240" w:lineRule="auto"/>
            </w:pPr>
            <w:r>
              <w:rPr>
                <w:sz w:val="17"/>
              </w:rPr>
              <w:t>Suất ăn và nước uống cho đội vận hành</w:t>
            </w:r>
          </w:p>
        </w:tc>
        <w:tc>
          <w:tcPr>
            <w:tcW w:w="9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10190A4" w14:textId="77777777" w:rsidR="002B4A1C" w:rsidRDefault="00000000">
            <w:pPr>
              <w:spacing w:after="0" w:line="240" w:lineRule="auto"/>
              <w:jc w:val="center"/>
            </w:pPr>
            <w:r>
              <w:rPr>
                <w:sz w:val="17"/>
              </w:rPr>
              <w:t>Suất</w:t>
            </w:r>
          </w:p>
        </w:tc>
        <w:tc>
          <w:tcPr>
            <w:tcW w:w="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2416A2AB" w14:textId="77777777" w:rsidR="002B4A1C" w:rsidRDefault="00000000">
            <w:pPr>
              <w:spacing w:after="0" w:line="240" w:lineRule="auto"/>
              <w:jc w:val="center"/>
            </w:pPr>
            <w:r>
              <w:rPr>
                <w:sz w:val="17"/>
              </w:rPr>
              <w:t>20</w:t>
            </w:r>
          </w:p>
        </w:tc>
        <w:tc>
          <w:tcPr>
            <w:tcW w:w="1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136B51B7" w14:textId="77777777" w:rsidR="002B4A1C" w:rsidRDefault="00000000">
            <w:pPr>
              <w:spacing w:after="0" w:line="240" w:lineRule="auto"/>
              <w:jc w:val="center"/>
            </w:pPr>
            <w:r>
              <w:rPr>
                <w:sz w:val="17"/>
              </w:rPr>
              <w:t>120.000</w:t>
            </w:r>
          </w:p>
        </w:tc>
        <w:tc>
          <w:tcPr>
            <w:tcW w:w="18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172A99EC" w14:textId="77777777" w:rsidR="002B4A1C" w:rsidRDefault="00000000">
            <w:pPr>
              <w:spacing w:after="0" w:line="240" w:lineRule="auto"/>
              <w:jc w:val="center"/>
            </w:pPr>
            <w:r>
              <w:rPr>
                <w:sz w:val="17"/>
              </w:rPr>
              <w:t>2.400.000</w:t>
            </w:r>
          </w:p>
        </w:tc>
      </w:tr>
      <w:tr w:rsidR="002B4A1C" w14:paraId="09B62D47"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69AEA952" w14:textId="77777777" w:rsidR="002B4A1C" w:rsidRDefault="002B4A1C">
            <w:pPr>
              <w:spacing w:after="0" w:line="240" w:lineRule="auto"/>
              <w:jc w:val="center"/>
            </w:pPr>
          </w:p>
        </w:tc>
        <w:tc>
          <w:tcPr>
            <w:tcW w:w="37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6CA29776" w14:textId="77777777" w:rsidR="002B4A1C" w:rsidRDefault="00000000">
            <w:pPr>
              <w:spacing w:after="0" w:line="240" w:lineRule="auto"/>
            </w:pPr>
            <w:r>
              <w:rPr>
                <w:b/>
                <w:color w:val="A30F19"/>
                <w:sz w:val="17"/>
              </w:rPr>
              <w:t>CỘNG NHÓM</w:t>
            </w:r>
          </w:p>
        </w:tc>
        <w:tc>
          <w:tcPr>
            <w:tcW w:w="90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3499808E" w14:textId="77777777" w:rsidR="002B4A1C" w:rsidRDefault="002B4A1C">
            <w:pPr>
              <w:spacing w:after="0" w:line="240" w:lineRule="auto"/>
              <w:jc w:val="center"/>
            </w:pPr>
          </w:p>
        </w:tc>
        <w:tc>
          <w:tcPr>
            <w:tcW w:w="6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7FE596A2" w14:textId="77777777" w:rsidR="002B4A1C" w:rsidRDefault="002B4A1C">
            <w:pPr>
              <w:spacing w:after="0" w:line="240" w:lineRule="auto"/>
              <w:jc w:val="center"/>
            </w:pPr>
          </w:p>
        </w:tc>
        <w:tc>
          <w:tcPr>
            <w:tcW w:w="16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25D0B6E5" w14:textId="77777777" w:rsidR="002B4A1C" w:rsidRDefault="002B4A1C">
            <w:pPr>
              <w:spacing w:after="0" w:line="240" w:lineRule="auto"/>
              <w:jc w:val="center"/>
            </w:pPr>
          </w:p>
        </w:tc>
        <w:tc>
          <w:tcPr>
            <w:tcW w:w="186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53053459" w14:textId="77777777" w:rsidR="002B4A1C" w:rsidRDefault="00000000">
            <w:pPr>
              <w:spacing w:after="0" w:line="240" w:lineRule="auto"/>
              <w:jc w:val="center"/>
            </w:pPr>
            <w:r>
              <w:rPr>
                <w:b/>
                <w:color w:val="A30F19"/>
                <w:sz w:val="17"/>
              </w:rPr>
              <w:t>59.400.000</w:t>
            </w:r>
          </w:p>
        </w:tc>
      </w:tr>
    </w:tbl>
    <w:p w14:paraId="2CF3A255" w14:textId="77777777" w:rsidR="002B4A1C" w:rsidRDefault="00000000">
      <w:r>
        <w:br w:type="page"/>
      </w:r>
    </w:p>
    <w:p w14:paraId="19A770CC" w14:textId="77777777" w:rsidR="002B4A1C" w:rsidRDefault="00000000">
      <w:pPr>
        <w:pStyle w:val="Heading2"/>
      </w:pPr>
      <w:r>
        <w:lastRenderedPageBreak/>
        <w:t>B. Kỹ thuật sự kiện</w:t>
      </w:r>
    </w:p>
    <w:tbl>
      <w:tblPr>
        <w:tblW w:w="9360" w:type="dxa"/>
        <w:tblInd w:w="120" w:type="dxa"/>
        <w:tblLayout w:type="fixed"/>
        <w:tblLook w:val="04A0" w:firstRow="1" w:lastRow="0" w:firstColumn="1" w:lastColumn="0" w:noHBand="0" w:noVBand="1"/>
      </w:tblPr>
      <w:tblGrid>
        <w:gridCol w:w="550"/>
        <w:gridCol w:w="3750"/>
        <w:gridCol w:w="900"/>
        <w:gridCol w:w="650"/>
        <w:gridCol w:w="1650"/>
        <w:gridCol w:w="1860"/>
      </w:tblGrid>
      <w:tr w:rsidR="002B4A1C" w14:paraId="3F84E16C" w14:textId="77777777">
        <w:trPr>
          <w:cantSplit/>
          <w:tblHeader/>
        </w:trPr>
        <w:tc>
          <w:tcPr>
            <w:tcW w:w="5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479EF463" w14:textId="77777777" w:rsidR="002B4A1C" w:rsidRDefault="00000000">
            <w:pPr>
              <w:spacing w:after="0" w:line="240" w:lineRule="auto"/>
              <w:jc w:val="center"/>
            </w:pPr>
            <w:r>
              <w:rPr>
                <w:b/>
                <w:color w:val="FFFFFF"/>
                <w:sz w:val="17"/>
              </w:rPr>
              <w:t>Mã</w:t>
            </w:r>
          </w:p>
        </w:tc>
        <w:tc>
          <w:tcPr>
            <w:tcW w:w="37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38124F3C" w14:textId="77777777" w:rsidR="002B4A1C" w:rsidRDefault="00000000">
            <w:pPr>
              <w:spacing w:after="0" w:line="240" w:lineRule="auto"/>
              <w:jc w:val="center"/>
            </w:pPr>
            <w:r>
              <w:rPr>
                <w:b/>
                <w:color w:val="FFFFFF"/>
                <w:sz w:val="17"/>
              </w:rPr>
              <w:t>Hạng mục</w:t>
            </w:r>
          </w:p>
        </w:tc>
        <w:tc>
          <w:tcPr>
            <w:tcW w:w="90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31767F66" w14:textId="77777777" w:rsidR="002B4A1C" w:rsidRDefault="00000000">
            <w:pPr>
              <w:spacing w:after="0" w:line="240" w:lineRule="auto"/>
              <w:jc w:val="center"/>
            </w:pPr>
            <w:r>
              <w:rPr>
                <w:b/>
                <w:color w:val="FFFFFF"/>
                <w:sz w:val="17"/>
              </w:rPr>
              <w:t>ĐVT</w:t>
            </w:r>
          </w:p>
        </w:tc>
        <w:tc>
          <w:tcPr>
            <w:tcW w:w="6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2A02344A" w14:textId="77777777" w:rsidR="002B4A1C" w:rsidRDefault="00000000">
            <w:pPr>
              <w:spacing w:after="0" w:line="240" w:lineRule="auto"/>
              <w:jc w:val="center"/>
            </w:pPr>
            <w:r>
              <w:rPr>
                <w:b/>
                <w:color w:val="FFFFFF"/>
                <w:sz w:val="17"/>
              </w:rPr>
              <w:t>SL</w:t>
            </w:r>
          </w:p>
        </w:tc>
        <w:tc>
          <w:tcPr>
            <w:tcW w:w="16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319CB242" w14:textId="77777777" w:rsidR="002B4A1C" w:rsidRDefault="00000000">
            <w:pPr>
              <w:spacing w:after="0" w:line="240" w:lineRule="auto"/>
              <w:jc w:val="center"/>
            </w:pPr>
            <w:r>
              <w:rPr>
                <w:b/>
                <w:color w:val="FFFFFF"/>
                <w:sz w:val="17"/>
              </w:rPr>
              <w:t>Đơn giá</w:t>
            </w:r>
          </w:p>
        </w:tc>
        <w:tc>
          <w:tcPr>
            <w:tcW w:w="186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636F4A5E" w14:textId="77777777" w:rsidR="002B4A1C" w:rsidRDefault="00000000">
            <w:pPr>
              <w:spacing w:after="0" w:line="240" w:lineRule="auto"/>
              <w:jc w:val="center"/>
            </w:pPr>
            <w:r>
              <w:rPr>
                <w:b/>
                <w:color w:val="FFFFFF"/>
                <w:sz w:val="17"/>
              </w:rPr>
              <w:t>Thành tiền</w:t>
            </w:r>
          </w:p>
        </w:tc>
      </w:tr>
      <w:tr w:rsidR="002B4A1C" w14:paraId="65060A35" w14:textId="77777777">
        <w:trPr>
          <w:cantSplit/>
        </w:trPr>
        <w:tc>
          <w:tcPr>
            <w:tcW w:w="5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7C8CDF0" w14:textId="77777777" w:rsidR="002B4A1C" w:rsidRDefault="00000000">
            <w:pPr>
              <w:spacing w:after="0" w:line="240" w:lineRule="auto"/>
              <w:jc w:val="center"/>
            </w:pPr>
            <w:r>
              <w:rPr>
                <w:sz w:val="17"/>
              </w:rPr>
              <w:t>B1</w:t>
            </w:r>
          </w:p>
        </w:tc>
        <w:tc>
          <w:tcPr>
            <w:tcW w:w="37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D916AFF" w14:textId="77777777" w:rsidR="002B4A1C" w:rsidRDefault="00000000">
            <w:pPr>
              <w:spacing w:after="0" w:line="240" w:lineRule="auto"/>
            </w:pPr>
            <w:r>
              <w:rPr>
                <w:sz w:val="17"/>
              </w:rPr>
              <w:t>Hệ thống âm thanh và kỹ thuật viên trực</w:t>
            </w:r>
          </w:p>
        </w:tc>
        <w:tc>
          <w:tcPr>
            <w:tcW w:w="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EC2874F" w14:textId="77777777" w:rsidR="002B4A1C" w:rsidRDefault="00000000">
            <w:pPr>
              <w:spacing w:after="0" w:line="240" w:lineRule="auto"/>
              <w:jc w:val="center"/>
            </w:pPr>
            <w:r>
              <w:rPr>
                <w:sz w:val="17"/>
              </w:rPr>
              <w:t>Gói</w:t>
            </w:r>
          </w:p>
        </w:tc>
        <w:tc>
          <w:tcPr>
            <w:tcW w:w="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37CDD743"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EC7FF07" w14:textId="77777777" w:rsidR="002B4A1C" w:rsidRDefault="00000000">
            <w:pPr>
              <w:spacing w:after="0" w:line="240" w:lineRule="auto"/>
              <w:jc w:val="center"/>
            </w:pPr>
            <w:r>
              <w:rPr>
                <w:sz w:val="17"/>
              </w:rPr>
              <w:t>18.000.000</w:t>
            </w:r>
          </w:p>
        </w:tc>
        <w:tc>
          <w:tcPr>
            <w:tcW w:w="18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098F99A5" w14:textId="77777777" w:rsidR="002B4A1C" w:rsidRDefault="00000000">
            <w:pPr>
              <w:spacing w:after="0" w:line="240" w:lineRule="auto"/>
              <w:jc w:val="center"/>
            </w:pPr>
            <w:r>
              <w:rPr>
                <w:sz w:val="17"/>
              </w:rPr>
              <w:t>18.000.000</w:t>
            </w:r>
          </w:p>
        </w:tc>
      </w:tr>
      <w:tr w:rsidR="002B4A1C" w14:paraId="550BA52F"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3C28718" w14:textId="77777777" w:rsidR="002B4A1C" w:rsidRDefault="00000000">
            <w:pPr>
              <w:spacing w:after="0" w:line="240" w:lineRule="auto"/>
              <w:jc w:val="center"/>
            </w:pPr>
            <w:r>
              <w:rPr>
                <w:sz w:val="17"/>
              </w:rPr>
              <w:t>B2</w:t>
            </w:r>
          </w:p>
        </w:tc>
        <w:tc>
          <w:tcPr>
            <w:tcW w:w="37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48C57684" w14:textId="77777777" w:rsidR="002B4A1C" w:rsidRDefault="00000000">
            <w:pPr>
              <w:spacing w:after="0" w:line="240" w:lineRule="auto"/>
            </w:pPr>
            <w:r>
              <w:rPr>
                <w:sz w:val="17"/>
              </w:rPr>
              <w:t>Hệ thống ánh sáng sân khấu</w:t>
            </w:r>
          </w:p>
        </w:tc>
        <w:tc>
          <w:tcPr>
            <w:tcW w:w="9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5A6074C7" w14:textId="77777777" w:rsidR="002B4A1C" w:rsidRDefault="00000000">
            <w:pPr>
              <w:spacing w:after="0" w:line="240" w:lineRule="auto"/>
              <w:jc w:val="center"/>
            </w:pPr>
            <w:r>
              <w:rPr>
                <w:sz w:val="17"/>
              </w:rPr>
              <w:t>Gói</w:t>
            </w:r>
          </w:p>
        </w:tc>
        <w:tc>
          <w:tcPr>
            <w:tcW w:w="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416CD36E"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6F7F456" w14:textId="77777777" w:rsidR="002B4A1C" w:rsidRDefault="00000000">
            <w:pPr>
              <w:spacing w:after="0" w:line="240" w:lineRule="auto"/>
              <w:jc w:val="center"/>
            </w:pPr>
            <w:r>
              <w:rPr>
                <w:sz w:val="17"/>
              </w:rPr>
              <w:t>14.000.000</w:t>
            </w:r>
          </w:p>
        </w:tc>
        <w:tc>
          <w:tcPr>
            <w:tcW w:w="18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716544C1" w14:textId="77777777" w:rsidR="002B4A1C" w:rsidRDefault="00000000">
            <w:pPr>
              <w:spacing w:after="0" w:line="240" w:lineRule="auto"/>
              <w:jc w:val="center"/>
            </w:pPr>
            <w:r>
              <w:rPr>
                <w:sz w:val="17"/>
              </w:rPr>
              <w:t>14.000.000</w:t>
            </w:r>
          </w:p>
        </w:tc>
      </w:tr>
      <w:tr w:rsidR="002B4A1C" w14:paraId="1AD83B0E" w14:textId="77777777">
        <w:trPr>
          <w:cantSplit/>
        </w:trPr>
        <w:tc>
          <w:tcPr>
            <w:tcW w:w="5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3ACCECB1" w14:textId="77777777" w:rsidR="002B4A1C" w:rsidRDefault="00000000">
            <w:pPr>
              <w:spacing w:after="0" w:line="240" w:lineRule="auto"/>
              <w:jc w:val="center"/>
            </w:pPr>
            <w:r>
              <w:rPr>
                <w:sz w:val="17"/>
              </w:rPr>
              <w:t>B3</w:t>
            </w:r>
          </w:p>
        </w:tc>
        <w:tc>
          <w:tcPr>
            <w:tcW w:w="37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2A11C5D" w14:textId="77777777" w:rsidR="002B4A1C" w:rsidRDefault="00000000">
            <w:pPr>
              <w:spacing w:after="0" w:line="240" w:lineRule="auto"/>
            </w:pPr>
            <w:r>
              <w:rPr>
                <w:sz w:val="17"/>
              </w:rPr>
              <w:t>Màn hình LED P3, diện tích giả định 24 m²</w:t>
            </w:r>
          </w:p>
        </w:tc>
        <w:tc>
          <w:tcPr>
            <w:tcW w:w="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9CA025C" w14:textId="77777777" w:rsidR="002B4A1C" w:rsidRDefault="00000000">
            <w:pPr>
              <w:spacing w:after="0" w:line="240" w:lineRule="auto"/>
              <w:jc w:val="center"/>
            </w:pPr>
            <w:r>
              <w:rPr>
                <w:sz w:val="17"/>
              </w:rPr>
              <w:t>m²</w:t>
            </w:r>
          </w:p>
        </w:tc>
        <w:tc>
          <w:tcPr>
            <w:tcW w:w="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35C976D0" w14:textId="77777777" w:rsidR="002B4A1C" w:rsidRDefault="00000000">
            <w:pPr>
              <w:spacing w:after="0" w:line="240" w:lineRule="auto"/>
              <w:jc w:val="center"/>
            </w:pPr>
            <w:r>
              <w:rPr>
                <w:sz w:val="17"/>
              </w:rPr>
              <w:t>24</w:t>
            </w:r>
          </w:p>
        </w:tc>
        <w:tc>
          <w:tcPr>
            <w:tcW w:w="1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0CDFD8EA" w14:textId="77777777" w:rsidR="002B4A1C" w:rsidRDefault="00000000">
            <w:pPr>
              <w:spacing w:after="0" w:line="240" w:lineRule="auto"/>
              <w:jc w:val="center"/>
            </w:pPr>
            <w:r>
              <w:rPr>
                <w:sz w:val="17"/>
              </w:rPr>
              <w:t>1.100.000</w:t>
            </w:r>
          </w:p>
        </w:tc>
        <w:tc>
          <w:tcPr>
            <w:tcW w:w="18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02914A33" w14:textId="77777777" w:rsidR="002B4A1C" w:rsidRDefault="00000000">
            <w:pPr>
              <w:spacing w:after="0" w:line="240" w:lineRule="auto"/>
              <w:jc w:val="center"/>
            </w:pPr>
            <w:r>
              <w:rPr>
                <w:sz w:val="17"/>
              </w:rPr>
              <w:t>26.400.000</w:t>
            </w:r>
          </w:p>
        </w:tc>
      </w:tr>
      <w:tr w:rsidR="002B4A1C" w14:paraId="6BD57E5F"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745E4839" w14:textId="77777777" w:rsidR="002B4A1C" w:rsidRDefault="00000000">
            <w:pPr>
              <w:spacing w:after="0" w:line="240" w:lineRule="auto"/>
              <w:jc w:val="center"/>
            </w:pPr>
            <w:r>
              <w:rPr>
                <w:sz w:val="17"/>
              </w:rPr>
              <w:t>B4</w:t>
            </w:r>
          </w:p>
        </w:tc>
        <w:tc>
          <w:tcPr>
            <w:tcW w:w="37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6005B621" w14:textId="77777777" w:rsidR="002B4A1C" w:rsidRDefault="00000000">
            <w:pPr>
              <w:spacing w:after="0" w:line="240" w:lineRule="auto"/>
            </w:pPr>
            <w:r>
              <w:rPr>
                <w:sz w:val="17"/>
              </w:rPr>
              <w:t>Laptop, bộ chuyển tín hiệu và thiết bị trình chiếu</w:t>
            </w:r>
          </w:p>
        </w:tc>
        <w:tc>
          <w:tcPr>
            <w:tcW w:w="9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562900E7" w14:textId="77777777" w:rsidR="002B4A1C" w:rsidRDefault="00000000">
            <w:pPr>
              <w:spacing w:after="0" w:line="240" w:lineRule="auto"/>
              <w:jc w:val="center"/>
            </w:pPr>
            <w:r>
              <w:rPr>
                <w:sz w:val="17"/>
              </w:rPr>
              <w:t>Gói</w:t>
            </w:r>
          </w:p>
        </w:tc>
        <w:tc>
          <w:tcPr>
            <w:tcW w:w="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7E1493DA"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76790EA6" w14:textId="77777777" w:rsidR="002B4A1C" w:rsidRDefault="00000000">
            <w:pPr>
              <w:spacing w:after="0" w:line="240" w:lineRule="auto"/>
              <w:jc w:val="center"/>
            </w:pPr>
            <w:r>
              <w:rPr>
                <w:sz w:val="17"/>
              </w:rPr>
              <w:t>4.500.000</w:t>
            </w:r>
          </w:p>
        </w:tc>
        <w:tc>
          <w:tcPr>
            <w:tcW w:w="18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1D33EB45" w14:textId="77777777" w:rsidR="002B4A1C" w:rsidRDefault="00000000">
            <w:pPr>
              <w:spacing w:after="0" w:line="240" w:lineRule="auto"/>
              <w:jc w:val="center"/>
            </w:pPr>
            <w:r>
              <w:rPr>
                <w:sz w:val="17"/>
              </w:rPr>
              <w:t>4.500.000</w:t>
            </w:r>
          </w:p>
        </w:tc>
      </w:tr>
      <w:tr w:rsidR="002B4A1C" w14:paraId="202A5ACE" w14:textId="77777777">
        <w:trPr>
          <w:cantSplit/>
        </w:trPr>
        <w:tc>
          <w:tcPr>
            <w:tcW w:w="5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785DE736" w14:textId="77777777" w:rsidR="002B4A1C" w:rsidRDefault="00000000">
            <w:pPr>
              <w:spacing w:after="0" w:line="240" w:lineRule="auto"/>
              <w:jc w:val="center"/>
            </w:pPr>
            <w:r>
              <w:rPr>
                <w:sz w:val="17"/>
              </w:rPr>
              <w:t>B5</w:t>
            </w:r>
          </w:p>
        </w:tc>
        <w:tc>
          <w:tcPr>
            <w:tcW w:w="37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457C079D" w14:textId="77777777" w:rsidR="002B4A1C" w:rsidRDefault="00000000">
            <w:pPr>
              <w:spacing w:after="0" w:line="240" w:lineRule="auto"/>
            </w:pPr>
            <w:r>
              <w:rPr>
                <w:sz w:val="17"/>
              </w:rPr>
              <w:t>Nguồn điện và thiết bị kỹ thuật dự phòng</w:t>
            </w:r>
          </w:p>
        </w:tc>
        <w:tc>
          <w:tcPr>
            <w:tcW w:w="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423CFBC2" w14:textId="77777777" w:rsidR="002B4A1C" w:rsidRDefault="00000000">
            <w:pPr>
              <w:spacing w:after="0" w:line="240" w:lineRule="auto"/>
              <w:jc w:val="center"/>
            </w:pPr>
            <w:r>
              <w:rPr>
                <w:sz w:val="17"/>
              </w:rPr>
              <w:t>Gói</w:t>
            </w:r>
          </w:p>
        </w:tc>
        <w:tc>
          <w:tcPr>
            <w:tcW w:w="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389326A1"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003DD093" w14:textId="77777777" w:rsidR="002B4A1C" w:rsidRDefault="00000000">
            <w:pPr>
              <w:spacing w:after="0" w:line="240" w:lineRule="auto"/>
              <w:jc w:val="center"/>
            </w:pPr>
            <w:r>
              <w:rPr>
                <w:sz w:val="17"/>
              </w:rPr>
              <w:t>7.000.000</w:t>
            </w:r>
          </w:p>
        </w:tc>
        <w:tc>
          <w:tcPr>
            <w:tcW w:w="18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E7741F6" w14:textId="77777777" w:rsidR="002B4A1C" w:rsidRDefault="00000000">
            <w:pPr>
              <w:spacing w:after="0" w:line="240" w:lineRule="auto"/>
              <w:jc w:val="center"/>
            </w:pPr>
            <w:r>
              <w:rPr>
                <w:sz w:val="17"/>
              </w:rPr>
              <w:t>7.000.000</w:t>
            </w:r>
          </w:p>
        </w:tc>
      </w:tr>
      <w:tr w:rsidR="002B4A1C" w14:paraId="41D8FFA4"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13EA49EF" w14:textId="77777777" w:rsidR="002B4A1C" w:rsidRDefault="002B4A1C">
            <w:pPr>
              <w:spacing w:after="0" w:line="240" w:lineRule="auto"/>
              <w:jc w:val="center"/>
            </w:pPr>
          </w:p>
        </w:tc>
        <w:tc>
          <w:tcPr>
            <w:tcW w:w="37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1E23190A" w14:textId="77777777" w:rsidR="002B4A1C" w:rsidRDefault="00000000">
            <w:pPr>
              <w:spacing w:after="0" w:line="240" w:lineRule="auto"/>
            </w:pPr>
            <w:r>
              <w:rPr>
                <w:b/>
                <w:color w:val="A30F19"/>
                <w:sz w:val="17"/>
              </w:rPr>
              <w:t>CỘNG NHÓM</w:t>
            </w:r>
          </w:p>
        </w:tc>
        <w:tc>
          <w:tcPr>
            <w:tcW w:w="90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4384457C" w14:textId="77777777" w:rsidR="002B4A1C" w:rsidRDefault="002B4A1C">
            <w:pPr>
              <w:spacing w:after="0" w:line="240" w:lineRule="auto"/>
              <w:jc w:val="center"/>
            </w:pPr>
          </w:p>
        </w:tc>
        <w:tc>
          <w:tcPr>
            <w:tcW w:w="6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446A905F" w14:textId="77777777" w:rsidR="002B4A1C" w:rsidRDefault="002B4A1C">
            <w:pPr>
              <w:spacing w:after="0" w:line="240" w:lineRule="auto"/>
              <w:jc w:val="center"/>
            </w:pPr>
          </w:p>
        </w:tc>
        <w:tc>
          <w:tcPr>
            <w:tcW w:w="16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47315CAF" w14:textId="77777777" w:rsidR="002B4A1C" w:rsidRDefault="002B4A1C">
            <w:pPr>
              <w:spacing w:after="0" w:line="240" w:lineRule="auto"/>
              <w:jc w:val="center"/>
            </w:pPr>
          </w:p>
        </w:tc>
        <w:tc>
          <w:tcPr>
            <w:tcW w:w="186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4BBD8D0D" w14:textId="77777777" w:rsidR="002B4A1C" w:rsidRDefault="00000000">
            <w:pPr>
              <w:spacing w:after="0" w:line="240" w:lineRule="auto"/>
              <w:jc w:val="center"/>
            </w:pPr>
            <w:r>
              <w:rPr>
                <w:b/>
                <w:color w:val="A30F19"/>
                <w:sz w:val="17"/>
              </w:rPr>
              <w:t>69.900.000</w:t>
            </w:r>
          </w:p>
        </w:tc>
      </w:tr>
    </w:tbl>
    <w:p w14:paraId="3CD42134" w14:textId="77777777" w:rsidR="002B4A1C" w:rsidRDefault="00000000">
      <w:pPr>
        <w:pStyle w:val="Heading2"/>
      </w:pPr>
      <w:r>
        <w:t>C. Sản xuất và trang trí</w:t>
      </w:r>
    </w:p>
    <w:tbl>
      <w:tblPr>
        <w:tblW w:w="9360" w:type="dxa"/>
        <w:tblInd w:w="120" w:type="dxa"/>
        <w:tblLayout w:type="fixed"/>
        <w:tblLook w:val="04A0" w:firstRow="1" w:lastRow="0" w:firstColumn="1" w:lastColumn="0" w:noHBand="0" w:noVBand="1"/>
      </w:tblPr>
      <w:tblGrid>
        <w:gridCol w:w="550"/>
        <w:gridCol w:w="3750"/>
        <w:gridCol w:w="900"/>
        <w:gridCol w:w="650"/>
        <w:gridCol w:w="1650"/>
        <w:gridCol w:w="1860"/>
      </w:tblGrid>
      <w:tr w:rsidR="002B4A1C" w14:paraId="4E9DD9F5" w14:textId="77777777">
        <w:trPr>
          <w:cantSplit/>
          <w:tblHeader/>
        </w:trPr>
        <w:tc>
          <w:tcPr>
            <w:tcW w:w="5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310A8D93" w14:textId="77777777" w:rsidR="002B4A1C" w:rsidRDefault="00000000">
            <w:pPr>
              <w:spacing w:after="0" w:line="240" w:lineRule="auto"/>
              <w:jc w:val="center"/>
            </w:pPr>
            <w:r>
              <w:rPr>
                <w:b/>
                <w:color w:val="FFFFFF"/>
                <w:sz w:val="17"/>
              </w:rPr>
              <w:t>Mã</w:t>
            </w:r>
          </w:p>
        </w:tc>
        <w:tc>
          <w:tcPr>
            <w:tcW w:w="37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7CE61764" w14:textId="77777777" w:rsidR="002B4A1C" w:rsidRDefault="00000000">
            <w:pPr>
              <w:spacing w:after="0" w:line="240" w:lineRule="auto"/>
              <w:jc w:val="center"/>
            </w:pPr>
            <w:r>
              <w:rPr>
                <w:b/>
                <w:color w:val="FFFFFF"/>
                <w:sz w:val="17"/>
              </w:rPr>
              <w:t>Hạng mục</w:t>
            </w:r>
          </w:p>
        </w:tc>
        <w:tc>
          <w:tcPr>
            <w:tcW w:w="90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221C531D" w14:textId="77777777" w:rsidR="002B4A1C" w:rsidRDefault="00000000">
            <w:pPr>
              <w:spacing w:after="0" w:line="240" w:lineRule="auto"/>
              <w:jc w:val="center"/>
            </w:pPr>
            <w:r>
              <w:rPr>
                <w:b/>
                <w:color w:val="FFFFFF"/>
                <w:sz w:val="17"/>
              </w:rPr>
              <w:t>ĐVT</w:t>
            </w:r>
          </w:p>
        </w:tc>
        <w:tc>
          <w:tcPr>
            <w:tcW w:w="6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33AD35B6" w14:textId="77777777" w:rsidR="002B4A1C" w:rsidRDefault="00000000">
            <w:pPr>
              <w:spacing w:after="0" w:line="240" w:lineRule="auto"/>
              <w:jc w:val="center"/>
            </w:pPr>
            <w:r>
              <w:rPr>
                <w:b/>
                <w:color w:val="FFFFFF"/>
                <w:sz w:val="17"/>
              </w:rPr>
              <w:t>SL</w:t>
            </w:r>
          </w:p>
        </w:tc>
        <w:tc>
          <w:tcPr>
            <w:tcW w:w="16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16F2471C" w14:textId="77777777" w:rsidR="002B4A1C" w:rsidRDefault="00000000">
            <w:pPr>
              <w:spacing w:after="0" w:line="240" w:lineRule="auto"/>
              <w:jc w:val="center"/>
            </w:pPr>
            <w:r>
              <w:rPr>
                <w:b/>
                <w:color w:val="FFFFFF"/>
                <w:sz w:val="17"/>
              </w:rPr>
              <w:t>Đơn giá</w:t>
            </w:r>
          </w:p>
        </w:tc>
        <w:tc>
          <w:tcPr>
            <w:tcW w:w="186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679EB54B" w14:textId="77777777" w:rsidR="002B4A1C" w:rsidRDefault="00000000">
            <w:pPr>
              <w:spacing w:after="0" w:line="240" w:lineRule="auto"/>
              <w:jc w:val="center"/>
            </w:pPr>
            <w:r>
              <w:rPr>
                <w:b/>
                <w:color w:val="FFFFFF"/>
                <w:sz w:val="17"/>
              </w:rPr>
              <w:t>Thành tiền</w:t>
            </w:r>
          </w:p>
        </w:tc>
      </w:tr>
      <w:tr w:rsidR="002B4A1C" w14:paraId="68199449" w14:textId="77777777">
        <w:trPr>
          <w:cantSplit/>
        </w:trPr>
        <w:tc>
          <w:tcPr>
            <w:tcW w:w="5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8BF726F" w14:textId="77777777" w:rsidR="002B4A1C" w:rsidRDefault="00000000">
            <w:pPr>
              <w:spacing w:after="0" w:line="240" w:lineRule="auto"/>
              <w:jc w:val="center"/>
            </w:pPr>
            <w:r>
              <w:rPr>
                <w:sz w:val="17"/>
              </w:rPr>
              <w:t>C1</w:t>
            </w:r>
          </w:p>
        </w:tc>
        <w:tc>
          <w:tcPr>
            <w:tcW w:w="37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0395CB6B" w14:textId="77777777" w:rsidR="002B4A1C" w:rsidRDefault="00000000">
            <w:pPr>
              <w:spacing w:after="0" w:line="240" w:lineRule="auto"/>
            </w:pPr>
            <w:r>
              <w:rPr>
                <w:sz w:val="17"/>
              </w:rPr>
              <w:t>Sân khấu và hệ khung backdrop</w:t>
            </w:r>
          </w:p>
        </w:tc>
        <w:tc>
          <w:tcPr>
            <w:tcW w:w="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24A9791A" w14:textId="77777777" w:rsidR="002B4A1C" w:rsidRDefault="00000000">
            <w:pPr>
              <w:spacing w:after="0" w:line="240" w:lineRule="auto"/>
              <w:jc w:val="center"/>
            </w:pPr>
            <w:r>
              <w:rPr>
                <w:sz w:val="17"/>
              </w:rPr>
              <w:t>Gói</w:t>
            </w:r>
          </w:p>
        </w:tc>
        <w:tc>
          <w:tcPr>
            <w:tcW w:w="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4979AE3"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71DB209" w14:textId="77777777" w:rsidR="002B4A1C" w:rsidRDefault="00000000">
            <w:pPr>
              <w:spacing w:after="0" w:line="240" w:lineRule="auto"/>
              <w:jc w:val="center"/>
            </w:pPr>
            <w:r>
              <w:rPr>
                <w:sz w:val="17"/>
              </w:rPr>
              <w:t>16.000.000</w:t>
            </w:r>
          </w:p>
        </w:tc>
        <w:tc>
          <w:tcPr>
            <w:tcW w:w="18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943C641" w14:textId="77777777" w:rsidR="002B4A1C" w:rsidRDefault="00000000">
            <w:pPr>
              <w:spacing w:after="0" w:line="240" w:lineRule="auto"/>
              <w:jc w:val="center"/>
            </w:pPr>
            <w:r>
              <w:rPr>
                <w:sz w:val="17"/>
              </w:rPr>
              <w:t>16.000.000</w:t>
            </w:r>
          </w:p>
        </w:tc>
      </w:tr>
      <w:tr w:rsidR="002B4A1C" w14:paraId="2056AAB3"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85AAB35" w14:textId="77777777" w:rsidR="002B4A1C" w:rsidRDefault="00000000">
            <w:pPr>
              <w:spacing w:after="0" w:line="240" w:lineRule="auto"/>
              <w:jc w:val="center"/>
            </w:pPr>
            <w:r>
              <w:rPr>
                <w:sz w:val="17"/>
              </w:rPr>
              <w:t>C2</w:t>
            </w:r>
          </w:p>
        </w:tc>
        <w:tc>
          <w:tcPr>
            <w:tcW w:w="37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966DF4F" w14:textId="77777777" w:rsidR="002B4A1C" w:rsidRDefault="00000000">
            <w:pPr>
              <w:spacing w:after="0" w:line="240" w:lineRule="auto"/>
            </w:pPr>
            <w:r>
              <w:rPr>
                <w:sz w:val="17"/>
              </w:rPr>
              <w:t>Khu check-in và photobooth</w:t>
            </w:r>
          </w:p>
        </w:tc>
        <w:tc>
          <w:tcPr>
            <w:tcW w:w="9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4A917F03" w14:textId="77777777" w:rsidR="002B4A1C" w:rsidRDefault="00000000">
            <w:pPr>
              <w:spacing w:after="0" w:line="240" w:lineRule="auto"/>
              <w:jc w:val="center"/>
            </w:pPr>
            <w:r>
              <w:rPr>
                <w:sz w:val="17"/>
              </w:rPr>
              <w:t>Gói</w:t>
            </w:r>
          </w:p>
        </w:tc>
        <w:tc>
          <w:tcPr>
            <w:tcW w:w="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4AC28176"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22ED70DF" w14:textId="77777777" w:rsidR="002B4A1C" w:rsidRDefault="00000000">
            <w:pPr>
              <w:spacing w:after="0" w:line="240" w:lineRule="auto"/>
              <w:jc w:val="center"/>
            </w:pPr>
            <w:r>
              <w:rPr>
                <w:sz w:val="17"/>
              </w:rPr>
              <w:t>18.000.000</w:t>
            </w:r>
          </w:p>
        </w:tc>
        <w:tc>
          <w:tcPr>
            <w:tcW w:w="18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A0FEF29" w14:textId="77777777" w:rsidR="002B4A1C" w:rsidRDefault="00000000">
            <w:pPr>
              <w:spacing w:after="0" w:line="240" w:lineRule="auto"/>
              <w:jc w:val="center"/>
            </w:pPr>
            <w:r>
              <w:rPr>
                <w:sz w:val="17"/>
              </w:rPr>
              <w:t>18.000.000</w:t>
            </w:r>
          </w:p>
        </w:tc>
      </w:tr>
      <w:tr w:rsidR="002B4A1C" w14:paraId="02E178E5" w14:textId="77777777">
        <w:trPr>
          <w:cantSplit/>
        </w:trPr>
        <w:tc>
          <w:tcPr>
            <w:tcW w:w="5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37DF4E59" w14:textId="77777777" w:rsidR="002B4A1C" w:rsidRDefault="00000000">
            <w:pPr>
              <w:spacing w:after="0" w:line="240" w:lineRule="auto"/>
              <w:jc w:val="center"/>
            </w:pPr>
            <w:r>
              <w:rPr>
                <w:sz w:val="17"/>
              </w:rPr>
              <w:t>C3</w:t>
            </w:r>
          </w:p>
        </w:tc>
        <w:tc>
          <w:tcPr>
            <w:tcW w:w="37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0CCD8473" w14:textId="77777777" w:rsidR="002B4A1C" w:rsidRDefault="00000000">
            <w:pPr>
              <w:spacing w:after="0" w:line="240" w:lineRule="auto"/>
            </w:pPr>
            <w:r>
              <w:rPr>
                <w:sz w:val="17"/>
              </w:rPr>
              <w:t>Biển chỉ dẫn trong khu vực tổ chức</w:t>
            </w:r>
          </w:p>
        </w:tc>
        <w:tc>
          <w:tcPr>
            <w:tcW w:w="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435EFAA1" w14:textId="77777777" w:rsidR="002B4A1C" w:rsidRDefault="00000000">
            <w:pPr>
              <w:spacing w:after="0" w:line="240" w:lineRule="auto"/>
              <w:jc w:val="center"/>
            </w:pPr>
            <w:r>
              <w:rPr>
                <w:sz w:val="17"/>
              </w:rPr>
              <w:t>Bảng</w:t>
            </w:r>
          </w:p>
        </w:tc>
        <w:tc>
          <w:tcPr>
            <w:tcW w:w="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2DC1DDF0" w14:textId="77777777" w:rsidR="002B4A1C" w:rsidRDefault="00000000">
            <w:pPr>
              <w:spacing w:after="0" w:line="240" w:lineRule="auto"/>
              <w:jc w:val="center"/>
            </w:pPr>
            <w:r>
              <w:rPr>
                <w:sz w:val="17"/>
              </w:rPr>
              <w:t>8</w:t>
            </w:r>
          </w:p>
        </w:tc>
        <w:tc>
          <w:tcPr>
            <w:tcW w:w="1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016C05CD" w14:textId="77777777" w:rsidR="002B4A1C" w:rsidRDefault="00000000">
            <w:pPr>
              <w:spacing w:after="0" w:line="240" w:lineRule="auto"/>
              <w:jc w:val="center"/>
            </w:pPr>
            <w:r>
              <w:rPr>
                <w:sz w:val="17"/>
              </w:rPr>
              <w:t>350.000</w:t>
            </w:r>
          </w:p>
        </w:tc>
        <w:tc>
          <w:tcPr>
            <w:tcW w:w="18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28273322" w14:textId="77777777" w:rsidR="002B4A1C" w:rsidRDefault="00000000">
            <w:pPr>
              <w:spacing w:after="0" w:line="240" w:lineRule="auto"/>
              <w:jc w:val="center"/>
            </w:pPr>
            <w:r>
              <w:rPr>
                <w:sz w:val="17"/>
              </w:rPr>
              <w:t>2.800.000</w:t>
            </w:r>
          </w:p>
        </w:tc>
      </w:tr>
      <w:tr w:rsidR="002B4A1C" w14:paraId="71902FD3"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1EE7AA7E" w14:textId="77777777" w:rsidR="002B4A1C" w:rsidRDefault="00000000">
            <w:pPr>
              <w:spacing w:after="0" w:line="240" w:lineRule="auto"/>
              <w:jc w:val="center"/>
            </w:pPr>
            <w:r>
              <w:rPr>
                <w:sz w:val="17"/>
              </w:rPr>
              <w:t>C4</w:t>
            </w:r>
          </w:p>
        </w:tc>
        <w:tc>
          <w:tcPr>
            <w:tcW w:w="37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88475EF" w14:textId="77777777" w:rsidR="002B4A1C" w:rsidRDefault="00000000">
            <w:pPr>
              <w:spacing w:after="0" w:line="240" w:lineRule="auto"/>
            </w:pPr>
            <w:r>
              <w:rPr>
                <w:sz w:val="17"/>
              </w:rPr>
              <w:t>Hoa và phụ kiện trang trí</w:t>
            </w:r>
          </w:p>
        </w:tc>
        <w:tc>
          <w:tcPr>
            <w:tcW w:w="9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4CAD35F7" w14:textId="77777777" w:rsidR="002B4A1C" w:rsidRDefault="00000000">
            <w:pPr>
              <w:spacing w:after="0" w:line="240" w:lineRule="auto"/>
              <w:jc w:val="center"/>
            </w:pPr>
            <w:r>
              <w:rPr>
                <w:sz w:val="17"/>
              </w:rPr>
              <w:t>Gói</w:t>
            </w:r>
          </w:p>
        </w:tc>
        <w:tc>
          <w:tcPr>
            <w:tcW w:w="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2BFC28B0"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3B1A742" w14:textId="77777777" w:rsidR="002B4A1C" w:rsidRDefault="00000000">
            <w:pPr>
              <w:spacing w:after="0" w:line="240" w:lineRule="auto"/>
              <w:jc w:val="center"/>
            </w:pPr>
            <w:r>
              <w:rPr>
                <w:sz w:val="17"/>
              </w:rPr>
              <w:t>8.000.000</w:t>
            </w:r>
          </w:p>
        </w:tc>
        <w:tc>
          <w:tcPr>
            <w:tcW w:w="18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516A2EBF" w14:textId="77777777" w:rsidR="002B4A1C" w:rsidRDefault="00000000">
            <w:pPr>
              <w:spacing w:after="0" w:line="240" w:lineRule="auto"/>
              <w:jc w:val="center"/>
            </w:pPr>
            <w:r>
              <w:rPr>
                <w:sz w:val="17"/>
              </w:rPr>
              <w:t>8.000.000</w:t>
            </w:r>
          </w:p>
        </w:tc>
      </w:tr>
      <w:tr w:rsidR="002B4A1C" w14:paraId="67E74A40" w14:textId="77777777">
        <w:trPr>
          <w:cantSplit/>
        </w:trPr>
        <w:tc>
          <w:tcPr>
            <w:tcW w:w="5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438794B5" w14:textId="77777777" w:rsidR="002B4A1C" w:rsidRDefault="00000000">
            <w:pPr>
              <w:spacing w:after="0" w:line="240" w:lineRule="auto"/>
              <w:jc w:val="center"/>
            </w:pPr>
            <w:r>
              <w:rPr>
                <w:sz w:val="17"/>
              </w:rPr>
              <w:t>C5</w:t>
            </w:r>
          </w:p>
        </w:tc>
        <w:tc>
          <w:tcPr>
            <w:tcW w:w="37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4360C2B0" w14:textId="77777777" w:rsidR="002B4A1C" w:rsidRDefault="00000000">
            <w:pPr>
              <w:spacing w:after="0" w:line="240" w:lineRule="auto"/>
            </w:pPr>
            <w:r>
              <w:rPr>
                <w:sz w:val="17"/>
              </w:rPr>
              <w:t>Bàn đón khách và nhận diện chương trình</w:t>
            </w:r>
          </w:p>
        </w:tc>
        <w:tc>
          <w:tcPr>
            <w:tcW w:w="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7219B918" w14:textId="77777777" w:rsidR="002B4A1C" w:rsidRDefault="00000000">
            <w:pPr>
              <w:spacing w:after="0" w:line="240" w:lineRule="auto"/>
              <w:jc w:val="center"/>
            </w:pPr>
            <w:r>
              <w:rPr>
                <w:sz w:val="17"/>
              </w:rPr>
              <w:t>Gói</w:t>
            </w:r>
          </w:p>
        </w:tc>
        <w:tc>
          <w:tcPr>
            <w:tcW w:w="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FDEC1C8"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7FBCFD6E" w14:textId="77777777" w:rsidR="002B4A1C" w:rsidRDefault="00000000">
            <w:pPr>
              <w:spacing w:after="0" w:line="240" w:lineRule="auto"/>
              <w:jc w:val="center"/>
            </w:pPr>
            <w:r>
              <w:rPr>
                <w:sz w:val="17"/>
              </w:rPr>
              <w:t>5.000.000</w:t>
            </w:r>
          </w:p>
        </w:tc>
        <w:tc>
          <w:tcPr>
            <w:tcW w:w="18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05354C2" w14:textId="77777777" w:rsidR="002B4A1C" w:rsidRDefault="00000000">
            <w:pPr>
              <w:spacing w:after="0" w:line="240" w:lineRule="auto"/>
              <w:jc w:val="center"/>
            </w:pPr>
            <w:r>
              <w:rPr>
                <w:sz w:val="17"/>
              </w:rPr>
              <w:t>5.000.000</w:t>
            </w:r>
          </w:p>
        </w:tc>
      </w:tr>
      <w:tr w:rsidR="002B4A1C" w14:paraId="7BB20A53"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2F1866CC" w14:textId="77777777" w:rsidR="002B4A1C" w:rsidRDefault="002B4A1C">
            <w:pPr>
              <w:spacing w:after="0" w:line="240" w:lineRule="auto"/>
              <w:jc w:val="center"/>
            </w:pPr>
          </w:p>
        </w:tc>
        <w:tc>
          <w:tcPr>
            <w:tcW w:w="37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562C6903" w14:textId="77777777" w:rsidR="002B4A1C" w:rsidRDefault="00000000">
            <w:pPr>
              <w:spacing w:after="0" w:line="240" w:lineRule="auto"/>
            </w:pPr>
            <w:r>
              <w:rPr>
                <w:b/>
                <w:color w:val="A30F19"/>
                <w:sz w:val="17"/>
              </w:rPr>
              <w:t>CỘNG NHÓM</w:t>
            </w:r>
          </w:p>
        </w:tc>
        <w:tc>
          <w:tcPr>
            <w:tcW w:w="90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00C58E2E" w14:textId="77777777" w:rsidR="002B4A1C" w:rsidRDefault="002B4A1C">
            <w:pPr>
              <w:spacing w:after="0" w:line="240" w:lineRule="auto"/>
              <w:jc w:val="center"/>
            </w:pPr>
          </w:p>
        </w:tc>
        <w:tc>
          <w:tcPr>
            <w:tcW w:w="6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35EC3861" w14:textId="77777777" w:rsidR="002B4A1C" w:rsidRDefault="002B4A1C">
            <w:pPr>
              <w:spacing w:after="0" w:line="240" w:lineRule="auto"/>
              <w:jc w:val="center"/>
            </w:pPr>
          </w:p>
        </w:tc>
        <w:tc>
          <w:tcPr>
            <w:tcW w:w="16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423BA786" w14:textId="77777777" w:rsidR="002B4A1C" w:rsidRDefault="002B4A1C">
            <w:pPr>
              <w:spacing w:after="0" w:line="240" w:lineRule="auto"/>
              <w:jc w:val="center"/>
            </w:pPr>
          </w:p>
        </w:tc>
        <w:tc>
          <w:tcPr>
            <w:tcW w:w="186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05968D29" w14:textId="77777777" w:rsidR="002B4A1C" w:rsidRDefault="00000000">
            <w:pPr>
              <w:spacing w:after="0" w:line="240" w:lineRule="auto"/>
              <w:jc w:val="center"/>
            </w:pPr>
            <w:r>
              <w:rPr>
                <w:b/>
                <w:color w:val="A30F19"/>
                <w:sz w:val="17"/>
              </w:rPr>
              <w:t>49.800.000</w:t>
            </w:r>
          </w:p>
        </w:tc>
      </w:tr>
    </w:tbl>
    <w:p w14:paraId="78430756" w14:textId="77777777" w:rsidR="002B4A1C" w:rsidRDefault="00000000">
      <w:r>
        <w:br w:type="page"/>
      </w:r>
    </w:p>
    <w:p w14:paraId="3E7D71BE" w14:textId="77777777" w:rsidR="002B4A1C" w:rsidRDefault="00000000">
      <w:pPr>
        <w:pStyle w:val="Heading2"/>
      </w:pPr>
      <w:r>
        <w:lastRenderedPageBreak/>
        <w:t>D. Nội dung và nhân sự</w:t>
      </w:r>
    </w:p>
    <w:tbl>
      <w:tblPr>
        <w:tblW w:w="9360" w:type="dxa"/>
        <w:tblInd w:w="120" w:type="dxa"/>
        <w:tblLayout w:type="fixed"/>
        <w:tblLook w:val="04A0" w:firstRow="1" w:lastRow="0" w:firstColumn="1" w:lastColumn="0" w:noHBand="0" w:noVBand="1"/>
      </w:tblPr>
      <w:tblGrid>
        <w:gridCol w:w="550"/>
        <w:gridCol w:w="3750"/>
        <w:gridCol w:w="900"/>
        <w:gridCol w:w="650"/>
        <w:gridCol w:w="1650"/>
        <w:gridCol w:w="1860"/>
      </w:tblGrid>
      <w:tr w:rsidR="002B4A1C" w14:paraId="75E745EA" w14:textId="77777777">
        <w:trPr>
          <w:cantSplit/>
          <w:tblHeader/>
        </w:trPr>
        <w:tc>
          <w:tcPr>
            <w:tcW w:w="5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6D815778" w14:textId="77777777" w:rsidR="002B4A1C" w:rsidRDefault="00000000">
            <w:pPr>
              <w:spacing w:after="0" w:line="240" w:lineRule="auto"/>
              <w:jc w:val="center"/>
            </w:pPr>
            <w:r>
              <w:rPr>
                <w:b/>
                <w:color w:val="FFFFFF"/>
                <w:sz w:val="17"/>
              </w:rPr>
              <w:t>Mã</w:t>
            </w:r>
          </w:p>
        </w:tc>
        <w:tc>
          <w:tcPr>
            <w:tcW w:w="37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16058172" w14:textId="77777777" w:rsidR="002B4A1C" w:rsidRDefault="00000000">
            <w:pPr>
              <w:spacing w:after="0" w:line="240" w:lineRule="auto"/>
              <w:jc w:val="center"/>
            </w:pPr>
            <w:r>
              <w:rPr>
                <w:b/>
                <w:color w:val="FFFFFF"/>
                <w:sz w:val="17"/>
              </w:rPr>
              <w:t>Hạng mục</w:t>
            </w:r>
          </w:p>
        </w:tc>
        <w:tc>
          <w:tcPr>
            <w:tcW w:w="90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6C43A6C9" w14:textId="77777777" w:rsidR="002B4A1C" w:rsidRDefault="00000000">
            <w:pPr>
              <w:spacing w:after="0" w:line="240" w:lineRule="auto"/>
              <w:jc w:val="center"/>
            </w:pPr>
            <w:r>
              <w:rPr>
                <w:b/>
                <w:color w:val="FFFFFF"/>
                <w:sz w:val="17"/>
              </w:rPr>
              <w:t>ĐVT</w:t>
            </w:r>
          </w:p>
        </w:tc>
        <w:tc>
          <w:tcPr>
            <w:tcW w:w="6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7A626BF2" w14:textId="77777777" w:rsidR="002B4A1C" w:rsidRDefault="00000000">
            <w:pPr>
              <w:spacing w:after="0" w:line="240" w:lineRule="auto"/>
              <w:jc w:val="center"/>
            </w:pPr>
            <w:r>
              <w:rPr>
                <w:b/>
                <w:color w:val="FFFFFF"/>
                <w:sz w:val="17"/>
              </w:rPr>
              <w:t>SL</w:t>
            </w:r>
          </w:p>
        </w:tc>
        <w:tc>
          <w:tcPr>
            <w:tcW w:w="16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2CD417BB" w14:textId="77777777" w:rsidR="002B4A1C" w:rsidRDefault="00000000">
            <w:pPr>
              <w:spacing w:after="0" w:line="240" w:lineRule="auto"/>
              <w:jc w:val="center"/>
            </w:pPr>
            <w:r>
              <w:rPr>
                <w:b/>
                <w:color w:val="FFFFFF"/>
                <w:sz w:val="17"/>
              </w:rPr>
              <w:t>Đơn giá</w:t>
            </w:r>
          </w:p>
        </w:tc>
        <w:tc>
          <w:tcPr>
            <w:tcW w:w="186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5F9F1B4D" w14:textId="77777777" w:rsidR="002B4A1C" w:rsidRDefault="00000000">
            <w:pPr>
              <w:spacing w:after="0" w:line="240" w:lineRule="auto"/>
              <w:jc w:val="center"/>
            </w:pPr>
            <w:r>
              <w:rPr>
                <w:b/>
                <w:color w:val="FFFFFF"/>
                <w:sz w:val="17"/>
              </w:rPr>
              <w:t>Thành tiền</w:t>
            </w:r>
          </w:p>
        </w:tc>
      </w:tr>
      <w:tr w:rsidR="002B4A1C" w14:paraId="23990AC5" w14:textId="77777777">
        <w:trPr>
          <w:cantSplit/>
        </w:trPr>
        <w:tc>
          <w:tcPr>
            <w:tcW w:w="5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44722642" w14:textId="77777777" w:rsidR="002B4A1C" w:rsidRDefault="00000000">
            <w:pPr>
              <w:spacing w:after="0" w:line="240" w:lineRule="auto"/>
              <w:jc w:val="center"/>
            </w:pPr>
            <w:r>
              <w:rPr>
                <w:sz w:val="17"/>
              </w:rPr>
              <w:t>D1</w:t>
            </w:r>
          </w:p>
        </w:tc>
        <w:tc>
          <w:tcPr>
            <w:tcW w:w="37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A327C61" w14:textId="77777777" w:rsidR="002B4A1C" w:rsidRDefault="00000000">
            <w:pPr>
              <w:spacing w:after="0" w:line="240" w:lineRule="auto"/>
            </w:pPr>
            <w:r>
              <w:rPr>
                <w:sz w:val="17"/>
              </w:rPr>
              <w:t>MC dẫn chương trình</w:t>
            </w:r>
          </w:p>
        </w:tc>
        <w:tc>
          <w:tcPr>
            <w:tcW w:w="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2DDA7D3D" w14:textId="77777777" w:rsidR="002B4A1C" w:rsidRDefault="00000000">
            <w:pPr>
              <w:spacing w:after="0" w:line="240" w:lineRule="auto"/>
              <w:jc w:val="center"/>
            </w:pPr>
            <w:r>
              <w:rPr>
                <w:sz w:val="17"/>
              </w:rPr>
              <w:t>Người</w:t>
            </w:r>
          </w:p>
        </w:tc>
        <w:tc>
          <w:tcPr>
            <w:tcW w:w="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32036B7F"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483FB4EA" w14:textId="77777777" w:rsidR="002B4A1C" w:rsidRDefault="00000000">
            <w:pPr>
              <w:spacing w:after="0" w:line="240" w:lineRule="auto"/>
              <w:jc w:val="center"/>
            </w:pPr>
            <w:r>
              <w:rPr>
                <w:sz w:val="17"/>
              </w:rPr>
              <w:t>8.000.000</w:t>
            </w:r>
          </w:p>
        </w:tc>
        <w:tc>
          <w:tcPr>
            <w:tcW w:w="18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4F0C3D50" w14:textId="77777777" w:rsidR="002B4A1C" w:rsidRDefault="00000000">
            <w:pPr>
              <w:spacing w:after="0" w:line="240" w:lineRule="auto"/>
              <w:jc w:val="center"/>
            </w:pPr>
            <w:r>
              <w:rPr>
                <w:sz w:val="17"/>
              </w:rPr>
              <w:t>8.000.000</w:t>
            </w:r>
          </w:p>
        </w:tc>
      </w:tr>
      <w:tr w:rsidR="002B4A1C" w14:paraId="72D66634"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413EDFD6" w14:textId="77777777" w:rsidR="002B4A1C" w:rsidRDefault="00000000">
            <w:pPr>
              <w:spacing w:after="0" w:line="240" w:lineRule="auto"/>
              <w:jc w:val="center"/>
            </w:pPr>
            <w:r>
              <w:rPr>
                <w:sz w:val="17"/>
              </w:rPr>
              <w:t>D2</w:t>
            </w:r>
          </w:p>
        </w:tc>
        <w:tc>
          <w:tcPr>
            <w:tcW w:w="37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241DFE65" w14:textId="77777777" w:rsidR="002B4A1C" w:rsidRDefault="00000000">
            <w:pPr>
              <w:spacing w:after="0" w:line="240" w:lineRule="auto"/>
            </w:pPr>
            <w:r>
              <w:rPr>
                <w:sz w:val="17"/>
              </w:rPr>
              <w:t>Quản lý sự kiện tại hiện trường</w:t>
            </w:r>
          </w:p>
        </w:tc>
        <w:tc>
          <w:tcPr>
            <w:tcW w:w="9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2DB52084" w14:textId="77777777" w:rsidR="002B4A1C" w:rsidRDefault="00000000">
            <w:pPr>
              <w:spacing w:after="0" w:line="240" w:lineRule="auto"/>
              <w:jc w:val="center"/>
            </w:pPr>
            <w:r>
              <w:rPr>
                <w:sz w:val="17"/>
              </w:rPr>
              <w:t>Người</w:t>
            </w:r>
          </w:p>
        </w:tc>
        <w:tc>
          <w:tcPr>
            <w:tcW w:w="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18AD27CB"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45DC674B" w14:textId="77777777" w:rsidR="002B4A1C" w:rsidRDefault="00000000">
            <w:pPr>
              <w:spacing w:after="0" w:line="240" w:lineRule="auto"/>
              <w:jc w:val="center"/>
            </w:pPr>
            <w:r>
              <w:rPr>
                <w:sz w:val="17"/>
              </w:rPr>
              <w:t>6.000.000</w:t>
            </w:r>
          </w:p>
        </w:tc>
        <w:tc>
          <w:tcPr>
            <w:tcW w:w="18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3738C34" w14:textId="77777777" w:rsidR="002B4A1C" w:rsidRDefault="00000000">
            <w:pPr>
              <w:spacing w:after="0" w:line="240" w:lineRule="auto"/>
              <w:jc w:val="center"/>
            </w:pPr>
            <w:r>
              <w:rPr>
                <w:sz w:val="17"/>
              </w:rPr>
              <w:t>6.000.000</w:t>
            </w:r>
          </w:p>
        </w:tc>
      </w:tr>
      <w:tr w:rsidR="002B4A1C" w14:paraId="6A5BD3DC" w14:textId="77777777">
        <w:trPr>
          <w:cantSplit/>
        </w:trPr>
        <w:tc>
          <w:tcPr>
            <w:tcW w:w="5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261BC564" w14:textId="77777777" w:rsidR="002B4A1C" w:rsidRDefault="00000000">
            <w:pPr>
              <w:spacing w:after="0" w:line="240" w:lineRule="auto"/>
              <w:jc w:val="center"/>
            </w:pPr>
            <w:r>
              <w:rPr>
                <w:sz w:val="17"/>
              </w:rPr>
              <w:t>D3</w:t>
            </w:r>
          </w:p>
        </w:tc>
        <w:tc>
          <w:tcPr>
            <w:tcW w:w="37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2704168" w14:textId="77777777" w:rsidR="002B4A1C" w:rsidRDefault="00000000">
            <w:pPr>
              <w:spacing w:after="0" w:line="240" w:lineRule="auto"/>
            </w:pPr>
            <w:r>
              <w:rPr>
                <w:sz w:val="17"/>
              </w:rPr>
              <w:t>Điều phối viên</w:t>
            </w:r>
          </w:p>
        </w:tc>
        <w:tc>
          <w:tcPr>
            <w:tcW w:w="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7789EF78" w14:textId="77777777" w:rsidR="002B4A1C" w:rsidRDefault="00000000">
            <w:pPr>
              <w:spacing w:after="0" w:line="240" w:lineRule="auto"/>
              <w:jc w:val="center"/>
            </w:pPr>
            <w:r>
              <w:rPr>
                <w:sz w:val="17"/>
              </w:rPr>
              <w:t>Người</w:t>
            </w:r>
          </w:p>
        </w:tc>
        <w:tc>
          <w:tcPr>
            <w:tcW w:w="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01B4D3BF" w14:textId="77777777" w:rsidR="002B4A1C" w:rsidRDefault="00000000">
            <w:pPr>
              <w:spacing w:after="0" w:line="240" w:lineRule="auto"/>
              <w:jc w:val="center"/>
            </w:pPr>
            <w:r>
              <w:rPr>
                <w:sz w:val="17"/>
              </w:rPr>
              <w:t>4</w:t>
            </w:r>
          </w:p>
        </w:tc>
        <w:tc>
          <w:tcPr>
            <w:tcW w:w="1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12BF153" w14:textId="77777777" w:rsidR="002B4A1C" w:rsidRDefault="00000000">
            <w:pPr>
              <w:spacing w:after="0" w:line="240" w:lineRule="auto"/>
              <w:jc w:val="center"/>
            </w:pPr>
            <w:r>
              <w:rPr>
                <w:sz w:val="17"/>
              </w:rPr>
              <w:t>1.800.000</w:t>
            </w:r>
          </w:p>
        </w:tc>
        <w:tc>
          <w:tcPr>
            <w:tcW w:w="18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DD5B3B3" w14:textId="77777777" w:rsidR="002B4A1C" w:rsidRDefault="00000000">
            <w:pPr>
              <w:spacing w:after="0" w:line="240" w:lineRule="auto"/>
              <w:jc w:val="center"/>
            </w:pPr>
            <w:r>
              <w:rPr>
                <w:sz w:val="17"/>
              </w:rPr>
              <w:t>7.200.000</w:t>
            </w:r>
          </w:p>
        </w:tc>
      </w:tr>
      <w:tr w:rsidR="002B4A1C" w14:paraId="101CDEC9"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5FDB8619" w14:textId="77777777" w:rsidR="002B4A1C" w:rsidRDefault="00000000">
            <w:pPr>
              <w:spacing w:after="0" w:line="240" w:lineRule="auto"/>
              <w:jc w:val="center"/>
            </w:pPr>
            <w:r>
              <w:rPr>
                <w:sz w:val="17"/>
              </w:rPr>
              <w:t>D4</w:t>
            </w:r>
          </w:p>
        </w:tc>
        <w:tc>
          <w:tcPr>
            <w:tcW w:w="37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3B44B7F" w14:textId="77777777" w:rsidR="002B4A1C" w:rsidRDefault="00000000">
            <w:pPr>
              <w:spacing w:after="0" w:line="240" w:lineRule="auto"/>
            </w:pPr>
            <w:r>
              <w:rPr>
                <w:sz w:val="17"/>
              </w:rPr>
              <w:t>Nhân sự lễ tân và check-in</w:t>
            </w:r>
          </w:p>
        </w:tc>
        <w:tc>
          <w:tcPr>
            <w:tcW w:w="9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6C0F585" w14:textId="77777777" w:rsidR="002B4A1C" w:rsidRDefault="00000000">
            <w:pPr>
              <w:spacing w:after="0" w:line="240" w:lineRule="auto"/>
              <w:jc w:val="center"/>
            </w:pPr>
            <w:r>
              <w:rPr>
                <w:sz w:val="17"/>
              </w:rPr>
              <w:t>Người</w:t>
            </w:r>
          </w:p>
        </w:tc>
        <w:tc>
          <w:tcPr>
            <w:tcW w:w="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2397B381" w14:textId="77777777" w:rsidR="002B4A1C" w:rsidRDefault="00000000">
            <w:pPr>
              <w:spacing w:after="0" w:line="240" w:lineRule="auto"/>
              <w:jc w:val="center"/>
            </w:pPr>
            <w:r>
              <w:rPr>
                <w:sz w:val="17"/>
              </w:rPr>
              <w:t>6</w:t>
            </w:r>
          </w:p>
        </w:tc>
        <w:tc>
          <w:tcPr>
            <w:tcW w:w="1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DCE1A95" w14:textId="77777777" w:rsidR="002B4A1C" w:rsidRDefault="00000000">
            <w:pPr>
              <w:spacing w:after="0" w:line="240" w:lineRule="auto"/>
              <w:jc w:val="center"/>
            </w:pPr>
            <w:r>
              <w:rPr>
                <w:sz w:val="17"/>
              </w:rPr>
              <w:t>1.200.000</w:t>
            </w:r>
          </w:p>
        </w:tc>
        <w:tc>
          <w:tcPr>
            <w:tcW w:w="18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6DE7AE1" w14:textId="77777777" w:rsidR="002B4A1C" w:rsidRDefault="00000000">
            <w:pPr>
              <w:spacing w:after="0" w:line="240" w:lineRule="auto"/>
              <w:jc w:val="center"/>
            </w:pPr>
            <w:r>
              <w:rPr>
                <w:sz w:val="17"/>
              </w:rPr>
              <w:t>7.200.000</w:t>
            </w:r>
          </w:p>
        </w:tc>
      </w:tr>
      <w:tr w:rsidR="002B4A1C" w14:paraId="509E4978" w14:textId="77777777">
        <w:trPr>
          <w:cantSplit/>
        </w:trPr>
        <w:tc>
          <w:tcPr>
            <w:tcW w:w="5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3E9B7EB7" w14:textId="77777777" w:rsidR="002B4A1C" w:rsidRDefault="00000000">
            <w:pPr>
              <w:spacing w:after="0" w:line="240" w:lineRule="auto"/>
              <w:jc w:val="center"/>
            </w:pPr>
            <w:r>
              <w:rPr>
                <w:sz w:val="17"/>
              </w:rPr>
              <w:t>D5</w:t>
            </w:r>
          </w:p>
        </w:tc>
        <w:tc>
          <w:tcPr>
            <w:tcW w:w="37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E590712" w14:textId="77777777" w:rsidR="002B4A1C" w:rsidRDefault="00000000">
            <w:pPr>
              <w:spacing w:after="0" w:line="240" w:lineRule="auto"/>
            </w:pPr>
            <w:r>
              <w:rPr>
                <w:sz w:val="17"/>
              </w:rPr>
              <w:t>Nhiếp ảnh gia</w:t>
            </w:r>
          </w:p>
        </w:tc>
        <w:tc>
          <w:tcPr>
            <w:tcW w:w="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8714083" w14:textId="77777777" w:rsidR="002B4A1C" w:rsidRDefault="00000000">
            <w:pPr>
              <w:spacing w:after="0" w:line="240" w:lineRule="auto"/>
              <w:jc w:val="center"/>
            </w:pPr>
            <w:r>
              <w:rPr>
                <w:sz w:val="17"/>
              </w:rPr>
              <w:t>Người</w:t>
            </w:r>
          </w:p>
        </w:tc>
        <w:tc>
          <w:tcPr>
            <w:tcW w:w="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BC4CEE9"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28429B03" w14:textId="77777777" w:rsidR="002B4A1C" w:rsidRDefault="00000000">
            <w:pPr>
              <w:spacing w:after="0" w:line="240" w:lineRule="auto"/>
              <w:jc w:val="center"/>
            </w:pPr>
            <w:r>
              <w:rPr>
                <w:sz w:val="17"/>
              </w:rPr>
              <w:t>4.000.000</w:t>
            </w:r>
          </w:p>
        </w:tc>
        <w:tc>
          <w:tcPr>
            <w:tcW w:w="18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E4177D1" w14:textId="77777777" w:rsidR="002B4A1C" w:rsidRDefault="00000000">
            <w:pPr>
              <w:spacing w:after="0" w:line="240" w:lineRule="auto"/>
              <w:jc w:val="center"/>
            </w:pPr>
            <w:r>
              <w:rPr>
                <w:sz w:val="17"/>
              </w:rPr>
              <w:t>4.000.000</w:t>
            </w:r>
          </w:p>
        </w:tc>
      </w:tr>
      <w:tr w:rsidR="002B4A1C" w14:paraId="79B3FA8C"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63755171" w14:textId="77777777" w:rsidR="002B4A1C" w:rsidRDefault="00000000">
            <w:pPr>
              <w:spacing w:after="0" w:line="240" w:lineRule="auto"/>
              <w:jc w:val="center"/>
            </w:pPr>
            <w:r>
              <w:rPr>
                <w:sz w:val="17"/>
              </w:rPr>
              <w:t>D6</w:t>
            </w:r>
          </w:p>
        </w:tc>
        <w:tc>
          <w:tcPr>
            <w:tcW w:w="37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26C23584" w14:textId="77777777" w:rsidR="002B4A1C" w:rsidRDefault="00000000">
            <w:pPr>
              <w:spacing w:after="0" w:line="240" w:lineRule="auto"/>
            </w:pPr>
            <w:r>
              <w:rPr>
                <w:sz w:val="17"/>
              </w:rPr>
              <w:t>Quay phim và dựng video tổng kết</w:t>
            </w:r>
          </w:p>
        </w:tc>
        <w:tc>
          <w:tcPr>
            <w:tcW w:w="9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38BDE27" w14:textId="77777777" w:rsidR="002B4A1C" w:rsidRDefault="00000000">
            <w:pPr>
              <w:spacing w:after="0" w:line="240" w:lineRule="auto"/>
              <w:jc w:val="center"/>
            </w:pPr>
            <w:r>
              <w:rPr>
                <w:sz w:val="17"/>
              </w:rPr>
              <w:t>Gói</w:t>
            </w:r>
          </w:p>
        </w:tc>
        <w:tc>
          <w:tcPr>
            <w:tcW w:w="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27D61F70"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5C80D80A" w14:textId="77777777" w:rsidR="002B4A1C" w:rsidRDefault="00000000">
            <w:pPr>
              <w:spacing w:after="0" w:line="240" w:lineRule="auto"/>
              <w:jc w:val="center"/>
            </w:pPr>
            <w:r>
              <w:rPr>
                <w:sz w:val="17"/>
              </w:rPr>
              <w:t>7.000.000</w:t>
            </w:r>
          </w:p>
        </w:tc>
        <w:tc>
          <w:tcPr>
            <w:tcW w:w="18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55ECD4FE" w14:textId="77777777" w:rsidR="002B4A1C" w:rsidRDefault="00000000">
            <w:pPr>
              <w:spacing w:after="0" w:line="240" w:lineRule="auto"/>
              <w:jc w:val="center"/>
            </w:pPr>
            <w:r>
              <w:rPr>
                <w:sz w:val="17"/>
              </w:rPr>
              <w:t>7.000.000</w:t>
            </w:r>
          </w:p>
        </w:tc>
      </w:tr>
      <w:tr w:rsidR="002B4A1C" w14:paraId="42706A6D" w14:textId="77777777">
        <w:trPr>
          <w:cantSplit/>
        </w:trPr>
        <w:tc>
          <w:tcPr>
            <w:tcW w:w="5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089FCABE" w14:textId="77777777" w:rsidR="002B4A1C" w:rsidRDefault="00000000">
            <w:pPr>
              <w:spacing w:after="0" w:line="240" w:lineRule="auto"/>
              <w:jc w:val="center"/>
            </w:pPr>
            <w:r>
              <w:rPr>
                <w:sz w:val="17"/>
              </w:rPr>
              <w:t>D7</w:t>
            </w:r>
          </w:p>
        </w:tc>
        <w:tc>
          <w:tcPr>
            <w:tcW w:w="37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7531947E" w14:textId="77777777" w:rsidR="002B4A1C" w:rsidRDefault="00000000">
            <w:pPr>
              <w:spacing w:after="0" w:line="240" w:lineRule="auto"/>
            </w:pPr>
            <w:r>
              <w:rPr>
                <w:sz w:val="17"/>
              </w:rPr>
              <w:t>Bảo vệ và hỗ trợ an toàn</w:t>
            </w:r>
          </w:p>
        </w:tc>
        <w:tc>
          <w:tcPr>
            <w:tcW w:w="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0A1A8BD4" w14:textId="77777777" w:rsidR="002B4A1C" w:rsidRDefault="00000000">
            <w:pPr>
              <w:spacing w:after="0" w:line="240" w:lineRule="auto"/>
              <w:jc w:val="center"/>
            </w:pPr>
            <w:r>
              <w:rPr>
                <w:sz w:val="17"/>
              </w:rPr>
              <w:t>Người</w:t>
            </w:r>
          </w:p>
        </w:tc>
        <w:tc>
          <w:tcPr>
            <w:tcW w:w="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377306C7" w14:textId="77777777" w:rsidR="002B4A1C" w:rsidRDefault="00000000">
            <w:pPr>
              <w:spacing w:after="0" w:line="240" w:lineRule="auto"/>
              <w:jc w:val="center"/>
            </w:pPr>
            <w:r>
              <w:rPr>
                <w:sz w:val="17"/>
              </w:rPr>
              <w:t>4</w:t>
            </w:r>
          </w:p>
        </w:tc>
        <w:tc>
          <w:tcPr>
            <w:tcW w:w="1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2D7D410" w14:textId="77777777" w:rsidR="002B4A1C" w:rsidRDefault="00000000">
            <w:pPr>
              <w:spacing w:after="0" w:line="240" w:lineRule="auto"/>
              <w:jc w:val="center"/>
            </w:pPr>
            <w:r>
              <w:rPr>
                <w:sz w:val="17"/>
              </w:rPr>
              <w:t>900.000</w:t>
            </w:r>
          </w:p>
        </w:tc>
        <w:tc>
          <w:tcPr>
            <w:tcW w:w="18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3CEF4680" w14:textId="77777777" w:rsidR="002B4A1C" w:rsidRDefault="00000000">
            <w:pPr>
              <w:spacing w:after="0" w:line="240" w:lineRule="auto"/>
              <w:jc w:val="center"/>
            </w:pPr>
            <w:r>
              <w:rPr>
                <w:sz w:val="17"/>
              </w:rPr>
              <w:t>3.600.000</w:t>
            </w:r>
          </w:p>
        </w:tc>
      </w:tr>
      <w:tr w:rsidR="002B4A1C" w14:paraId="0AB40383"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6DAFADD6" w14:textId="77777777" w:rsidR="002B4A1C" w:rsidRDefault="002B4A1C">
            <w:pPr>
              <w:spacing w:after="0" w:line="240" w:lineRule="auto"/>
              <w:jc w:val="center"/>
            </w:pPr>
          </w:p>
        </w:tc>
        <w:tc>
          <w:tcPr>
            <w:tcW w:w="37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07ACED92" w14:textId="77777777" w:rsidR="002B4A1C" w:rsidRDefault="00000000">
            <w:pPr>
              <w:spacing w:after="0" w:line="240" w:lineRule="auto"/>
            </w:pPr>
            <w:r>
              <w:rPr>
                <w:b/>
                <w:color w:val="A30F19"/>
                <w:sz w:val="17"/>
              </w:rPr>
              <w:t>CỘNG NHÓM</w:t>
            </w:r>
          </w:p>
        </w:tc>
        <w:tc>
          <w:tcPr>
            <w:tcW w:w="90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1022B336" w14:textId="77777777" w:rsidR="002B4A1C" w:rsidRDefault="002B4A1C">
            <w:pPr>
              <w:spacing w:after="0" w:line="240" w:lineRule="auto"/>
              <w:jc w:val="center"/>
            </w:pPr>
          </w:p>
        </w:tc>
        <w:tc>
          <w:tcPr>
            <w:tcW w:w="6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1E41E8CC" w14:textId="77777777" w:rsidR="002B4A1C" w:rsidRDefault="002B4A1C">
            <w:pPr>
              <w:spacing w:after="0" w:line="240" w:lineRule="auto"/>
              <w:jc w:val="center"/>
            </w:pPr>
          </w:p>
        </w:tc>
        <w:tc>
          <w:tcPr>
            <w:tcW w:w="16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618CAD34" w14:textId="77777777" w:rsidR="002B4A1C" w:rsidRDefault="002B4A1C">
            <w:pPr>
              <w:spacing w:after="0" w:line="240" w:lineRule="auto"/>
              <w:jc w:val="center"/>
            </w:pPr>
          </w:p>
        </w:tc>
        <w:tc>
          <w:tcPr>
            <w:tcW w:w="186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6CDD8E96" w14:textId="77777777" w:rsidR="002B4A1C" w:rsidRDefault="00000000">
            <w:pPr>
              <w:spacing w:after="0" w:line="240" w:lineRule="auto"/>
              <w:jc w:val="center"/>
            </w:pPr>
            <w:r>
              <w:rPr>
                <w:b/>
                <w:color w:val="A30F19"/>
                <w:sz w:val="17"/>
              </w:rPr>
              <w:t>43.000.000</w:t>
            </w:r>
          </w:p>
        </w:tc>
      </w:tr>
    </w:tbl>
    <w:p w14:paraId="36F7652C" w14:textId="77777777" w:rsidR="002B4A1C" w:rsidRDefault="00000000">
      <w:pPr>
        <w:pStyle w:val="Heading2"/>
      </w:pPr>
      <w:r>
        <w:t>E. Truyền thông và vật phẩm</w:t>
      </w:r>
    </w:p>
    <w:tbl>
      <w:tblPr>
        <w:tblW w:w="9360" w:type="dxa"/>
        <w:tblInd w:w="120" w:type="dxa"/>
        <w:tblLayout w:type="fixed"/>
        <w:tblLook w:val="04A0" w:firstRow="1" w:lastRow="0" w:firstColumn="1" w:lastColumn="0" w:noHBand="0" w:noVBand="1"/>
      </w:tblPr>
      <w:tblGrid>
        <w:gridCol w:w="550"/>
        <w:gridCol w:w="3750"/>
        <w:gridCol w:w="900"/>
        <w:gridCol w:w="650"/>
        <w:gridCol w:w="1650"/>
        <w:gridCol w:w="1860"/>
      </w:tblGrid>
      <w:tr w:rsidR="002B4A1C" w14:paraId="7E7324DF" w14:textId="77777777">
        <w:trPr>
          <w:cantSplit/>
          <w:tblHeader/>
        </w:trPr>
        <w:tc>
          <w:tcPr>
            <w:tcW w:w="5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4BF125BF" w14:textId="77777777" w:rsidR="002B4A1C" w:rsidRDefault="00000000">
            <w:pPr>
              <w:spacing w:after="0" w:line="240" w:lineRule="auto"/>
              <w:jc w:val="center"/>
            </w:pPr>
            <w:r>
              <w:rPr>
                <w:b/>
                <w:color w:val="FFFFFF"/>
                <w:sz w:val="17"/>
              </w:rPr>
              <w:t>Mã</w:t>
            </w:r>
          </w:p>
        </w:tc>
        <w:tc>
          <w:tcPr>
            <w:tcW w:w="37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7D41E547" w14:textId="77777777" w:rsidR="002B4A1C" w:rsidRDefault="00000000">
            <w:pPr>
              <w:spacing w:after="0" w:line="240" w:lineRule="auto"/>
              <w:jc w:val="center"/>
            </w:pPr>
            <w:r>
              <w:rPr>
                <w:b/>
                <w:color w:val="FFFFFF"/>
                <w:sz w:val="17"/>
              </w:rPr>
              <w:t>Hạng mục</w:t>
            </w:r>
          </w:p>
        </w:tc>
        <w:tc>
          <w:tcPr>
            <w:tcW w:w="90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6405CD47" w14:textId="77777777" w:rsidR="002B4A1C" w:rsidRDefault="00000000">
            <w:pPr>
              <w:spacing w:after="0" w:line="240" w:lineRule="auto"/>
              <w:jc w:val="center"/>
            </w:pPr>
            <w:r>
              <w:rPr>
                <w:b/>
                <w:color w:val="FFFFFF"/>
                <w:sz w:val="17"/>
              </w:rPr>
              <w:t>ĐVT</w:t>
            </w:r>
          </w:p>
        </w:tc>
        <w:tc>
          <w:tcPr>
            <w:tcW w:w="6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4DA0F9A1" w14:textId="77777777" w:rsidR="002B4A1C" w:rsidRDefault="00000000">
            <w:pPr>
              <w:spacing w:after="0" w:line="240" w:lineRule="auto"/>
              <w:jc w:val="center"/>
            </w:pPr>
            <w:r>
              <w:rPr>
                <w:b/>
                <w:color w:val="FFFFFF"/>
                <w:sz w:val="17"/>
              </w:rPr>
              <w:t>SL</w:t>
            </w:r>
          </w:p>
        </w:tc>
        <w:tc>
          <w:tcPr>
            <w:tcW w:w="16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3395715A" w14:textId="77777777" w:rsidR="002B4A1C" w:rsidRDefault="00000000">
            <w:pPr>
              <w:spacing w:after="0" w:line="240" w:lineRule="auto"/>
              <w:jc w:val="center"/>
            </w:pPr>
            <w:r>
              <w:rPr>
                <w:b/>
                <w:color w:val="FFFFFF"/>
                <w:sz w:val="17"/>
              </w:rPr>
              <w:t>Đơn giá</w:t>
            </w:r>
          </w:p>
        </w:tc>
        <w:tc>
          <w:tcPr>
            <w:tcW w:w="186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072A57B3" w14:textId="77777777" w:rsidR="002B4A1C" w:rsidRDefault="00000000">
            <w:pPr>
              <w:spacing w:after="0" w:line="240" w:lineRule="auto"/>
              <w:jc w:val="center"/>
            </w:pPr>
            <w:r>
              <w:rPr>
                <w:b/>
                <w:color w:val="FFFFFF"/>
                <w:sz w:val="17"/>
              </w:rPr>
              <w:t>Thành tiền</w:t>
            </w:r>
          </w:p>
        </w:tc>
      </w:tr>
      <w:tr w:rsidR="002B4A1C" w14:paraId="12A6CE54" w14:textId="77777777">
        <w:trPr>
          <w:cantSplit/>
        </w:trPr>
        <w:tc>
          <w:tcPr>
            <w:tcW w:w="5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225A7DB8" w14:textId="77777777" w:rsidR="002B4A1C" w:rsidRDefault="00000000">
            <w:pPr>
              <w:spacing w:after="0" w:line="240" w:lineRule="auto"/>
              <w:jc w:val="center"/>
            </w:pPr>
            <w:r>
              <w:rPr>
                <w:sz w:val="17"/>
              </w:rPr>
              <w:t>E1</w:t>
            </w:r>
          </w:p>
        </w:tc>
        <w:tc>
          <w:tcPr>
            <w:tcW w:w="37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0495B551" w14:textId="77777777" w:rsidR="002B4A1C" w:rsidRDefault="00000000">
            <w:pPr>
              <w:spacing w:after="0" w:line="240" w:lineRule="auto"/>
            </w:pPr>
            <w:r>
              <w:rPr>
                <w:sz w:val="17"/>
              </w:rPr>
              <w:t>Thiết kế thư mời và bộ nhận diện ứng dụng</w:t>
            </w:r>
          </w:p>
        </w:tc>
        <w:tc>
          <w:tcPr>
            <w:tcW w:w="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7E59A41D" w14:textId="77777777" w:rsidR="002B4A1C" w:rsidRDefault="00000000">
            <w:pPr>
              <w:spacing w:after="0" w:line="240" w:lineRule="auto"/>
              <w:jc w:val="center"/>
            </w:pPr>
            <w:r>
              <w:rPr>
                <w:sz w:val="17"/>
              </w:rPr>
              <w:t>Gói</w:t>
            </w:r>
          </w:p>
        </w:tc>
        <w:tc>
          <w:tcPr>
            <w:tcW w:w="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4FF9D582"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3E80C880" w14:textId="77777777" w:rsidR="002B4A1C" w:rsidRDefault="00000000">
            <w:pPr>
              <w:spacing w:after="0" w:line="240" w:lineRule="auto"/>
              <w:jc w:val="center"/>
            </w:pPr>
            <w:r>
              <w:rPr>
                <w:sz w:val="17"/>
              </w:rPr>
              <w:t>3.000.000</w:t>
            </w:r>
          </w:p>
        </w:tc>
        <w:tc>
          <w:tcPr>
            <w:tcW w:w="18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D989C08" w14:textId="77777777" w:rsidR="002B4A1C" w:rsidRDefault="00000000">
            <w:pPr>
              <w:spacing w:after="0" w:line="240" w:lineRule="auto"/>
              <w:jc w:val="center"/>
            </w:pPr>
            <w:r>
              <w:rPr>
                <w:sz w:val="17"/>
              </w:rPr>
              <w:t>3.000.000</w:t>
            </w:r>
          </w:p>
        </w:tc>
      </w:tr>
      <w:tr w:rsidR="002B4A1C" w14:paraId="37D79015"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244623E4" w14:textId="77777777" w:rsidR="002B4A1C" w:rsidRDefault="00000000">
            <w:pPr>
              <w:spacing w:after="0" w:line="240" w:lineRule="auto"/>
              <w:jc w:val="center"/>
            </w:pPr>
            <w:r>
              <w:rPr>
                <w:sz w:val="17"/>
              </w:rPr>
              <w:t>E2</w:t>
            </w:r>
          </w:p>
        </w:tc>
        <w:tc>
          <w:tcPr>
            <w:tcW w:w="37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1DB9E39" w14:textId="77777777" w:rsidR="002B4A1C" w:rsidRDefault="00000000">
            <w:pPr>
              <w:spacing w:after="0" w:line="240" w:lineRule="auto"/>
            </w:pPr>
            <w:r>
              <w:rPr>
                <w:sz w:val="17"/>
              </w:rPr>
              <w:t>Thẻ tên, dây đeo và tài liệu dành cho khách</w:t>
            </w:r>
          </w:p>
        </w:tc>
        <w:tc>
          <w:tcPr>
            <w:tcW w:w="9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5151B39E" w14:textId="77777777" w:rsidR="002B4A1C" w:rsidRDefault="00000000">
            <w:pPr>
              <w:spacing w:after="0" w:line="240" w:lineRule="auto"/>
              <w:jc w:val="center"/>
            </w:pPr>
            <w:r>
              <w:rPr>
                <w:sz w:val="17"/>
              </w:rPr>
              <w:t>Bộ</w:t>
            </w:r>
          </w:p>
        </w:tc>
        <w:tc>
          <w:tcPr>
            <w:tcW w:w="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4664961B" w14:textId="77777777" w:rsidR="002B4A1C" w:rsidRDefault="00000000">
            <w:pPr>
              <w:spacing w:after="0" w:line="240" w:lineRule="auto"/>
              <w:jc w:val="center"/>
            </w:pPr>
            <w:r>
              <w:rPr>
                <w:sz w:val="17"/>
              </w:rPr>
              <w:t>150</w:t>
            </w:r>
          </w:p>
        </w:tc>
        <w:tc>
          <w:tcPr>
            <w:tcW w:w="1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1BDF5E41" w14:textId="77777777" w:rsidR="002B4A1C" w:rsidRDefault="00000000">
            <w:pPr>
              <w:spacing w:after="0" w:line="240" w:lineRule="auto"/>
              <w:jc w:val="center"/>
            </w:pPr>
            <w:r>
              <w:rPr>
                <w:sz w:val="17"/>
              </w:rPr>
              <w:t>45.000</w:t>
            </w:r>
          </w:p>
        </w:tc>
        <w:tc>
          <w:tcPr>
            <w:tcW w:w="18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632FB249" w14:textId="77777777" w:rsidR="002B4A1C" w:rsidRDefault="00000000">
            <w:pPr>
              <w:spacing w:after="0" w:line="240" w:lineRule="auto"/>
              <w:jc w:val="center"/>
            </w:pPr>
            <w:r>
              <w:rPr>
                <w:sz w:val="17"/>
              </w:rPr>
              <w:t>6.750.000</w:t>
            </w:r>
          </w:p>
        </w:tc>
      </w:tr>
      <w:tr w:rsidR="002B4A1C" w14:paraId="522D0A80" w14:textId="77777777">
        <w:trPr>
          <w:cantSplit/>
        </w:trPr>
        <w:tc>
          <w:tcPr>
            <w:tcW w:w="5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3BF4F3E" w14:textId="77777777" w:rsidR="002B4A1C" w:rsidRDefault="00000000">
            <w:pPr>
              <w:spacing w:after="0" w:line="240" w:lineRule="auto"/>
              <w:jc w:val="center"/>
            </w:pPr>
            <w:r>
              <w:rPr>
                <w:sz w:val="17"/>
              </w:rPr>
              <w:t>E3</w:t>
            </w:r>
          </w:p>
        </w:tc>
        <w:tc>
          <w:tcPr>
            <w:tcW w:w="37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3D4FE0A7" w14:textId="77777777" w:rsidR="002B4A1C" w:rsidRDefault="00000000">
            <w:pPr>
              <w:spacing w:after="0" w:line="240" w:lineRule="auto"/>
            </w:pPr>
            <w:r>
              <w:rPr>
                <w:sz w:val="17"/>
              </w:rPr>
              <w:t>Quà tặng khách mời</w:t>
            </w:r>
          </w:p>
        </w:tc>
        <w:tc>
          <w:tcPr>
            <w:tcW w:w="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3C6A4C6C" w14:textId="77777777" w:rsidR="002B4A1C" w:rsidRDefault="00000000">
            <w:pPr>
              <w:spacing w:after="0" w:line="240" w:lineRule="auto"/>
              <w:jc w:val="center"/>
            </w:pPr>
            <w:r>
              <w:rPr>
                <w:sz w:val="17"/>
              </w:rPr>
              <w:t>Bộ</w:t>
            </w:r>
          </w:p>
        </w:tc>
        <w:tc>
          <w:tcPr>
            <w:tcW w:w="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5029856" w14:textId="77777777" w:rsidR="002B4A1C" w:rsidRDefault="00000000">
            <w:pPr>
              <w:spacing w:after="0" w:line="240" w:lineRule="auto"/>
              <w:jc w:val="center"/>
            </w:pPr>
            <w:r>
              <w:rPr>
                <w:sz w:val="17"/>
              </w:rPr>
              <w:t>150</w:t>
            </w:r>
          </w:p>
        </w:tc>
        <w:tc>
          <w:tcPr>
            <w:tcW w:w="1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F9AF18F" w14:textId="77777777" w:rsidR="002B4A1C" w:rsidRDefault="00000000">
            <w:pPr>
              <w:spacing w:after="0" w:line="240" w:lineRule="auto"/>
              <w:jc w:val="center"/>
            </w:pPr>
            <w:r>
              <w:rPr>
                <w:sz w:val="17"/>
              </w:rPr>
              <w:t>250.000</w:t>
            </w:r>
          </w:p>
        </w:tc>
        <w:tc>
          <w:tcPr>
            <w:tcW w:w="18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631DE61" w14:textId="77777777" w:rsidR="002B4A1C" w:rsidRDefault="00000000">
            <w:pPr>
              <w:spacing w:after="0" w:line="240" w:lineRule="auto"/>
              <w:jc w:val="center"/>
            </w:pPr>
            <w:r>
              <w:rPr>
                <w:sz w:val="17"/>
              </w:rPr>
              <w:t>37.500.000</w:t>
            </w:r>
          </w:p>
        </w:tc>
      </w:tr>
      <w:tr w:rsidR="002B4A1C" w14:paraId="50E53DCA"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24F8B37B" w14:textId="77777777" w:rsidR="002B4A1C" w:rsidRDefault="00000000">
            <w:pPr>
              <w:spacing w:after="0" w:line="240" w:lineRule="auto"/>
              <w:jc w:val="center"/>
            </w:pPr>
            <w:r>
              <w:rPr>
                <w:sz w:val="17"/>
              </w:rPr>
              <w:t>E4</w:t>
            </w:r>
          </w:p>
        </w:tc>
        <w:tc>
          <w:tcPr>
            <w:tcW w:w="37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740A4D7F" w14:textId="77777777" w:rsidR="002B4A1C" w:rsidRDefault="00000000">
            <w:pPr>
              <w:spacing w:after="0" w:line="240" w:lineRule="auto"/>
            </w:pPr>
            <w:r>
              <w:rPr>
                <w:sz w:val="17"/>
              </w:rPr>
              <w:t>Nội dung truyền thông sau sự kiện</w:t>
            </w:r>
          </w:p>
        </w:tc>
        <w:tc>
          <w:tcPr>
            <w:tcW w:w="9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4A4BFCD8" w14:textId="77777777" w:rsidR="002B4A1C" w:rsidRDefault="00000000">
            <w:pPr>
              <w:spacing w:after="0" w:line="240" w:lineRule="auto"/>
              <w:jc w:val="center"/>
            </w:pPr>
            <w:r>
              <w:rPr>
                <w:sz w:val="17"/>
              </w:rPr>
              <w:t>Gói</w:t>
            </w:r>
          </w:p>
        </w:tc>
        <w:tc>
          <w:tcPr>
            <w:tcW w:w="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602FC01C"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22E9E39E" w14:textId="77777777" w:rsidR="002B4A1C" w:rsidRDefault="00000000">
            <w:pPr>
              <w:spacing w:after="0" w:line="240" w:lineRule="auto"/>
              <w:jc w:val="center"/>
            </w:pPr>
            <w:r>
              <w:rPr>
                <w:sz w:val="17"/>
              </w:rPr>
              <w:t>5.000.000</w:t>
            </w:r>
          </w:p>
        </w:tc>
        <w:tc>
          <w:tcPr>
            <w:tcW w:w="18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1CDD807" w14:textId="77777777" w:rsidR="002B4A1C" w:rsidRDefault="00000000">
            <w:pPr>
              <w:spacing w:after="0" w:line="240" w:lineRule="auto"/>
              <w:jc w:val="center"/>
            </w:pPr>
            <w:r>
              <w:rPr>
                <w:sz w:val="17"/>
              </w:rPr>
              <w:t>5.000.000</w:t>
            </w:r>
          </w:p>
        </w:tc>
      </w:tr>
      <w:tr w:rsidR="002B4A1C" w14:paraId="6EE0902B"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05803F89" w14:textId="77777777" w:rsidR="002B4A1C" w:rsidRDefault="002B4A1C">
            <w:pPr>
              <w:spacing w:after="0" w:line="240" w:lineRule="auto"/>
              <w:jc w:val="center"/>
            </w:pPr>
          </w:p>
        </w:tc>
        <w:tc>
          <w:tcPr>
            <w:tcW w:w="37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24122A63" w14:textId="77777777" w:rsidR="002B4A1C" w:rsidRDefault="00000000">
            <w:pPr>
              <w:spacing w:after="0" w:line="240" w:lineRule="auto"/>
            </w:pPr>
            <w:r>
              <w:rPr>
                <w:b/>
                <w:color w:val="A30F19"/>
                <w:sz w:val="17"/>
              </w:rPr>
              <w:t>CỘNG NHÓM</w:t>
            </w:r>
          </w:p>
        </w:tc>
        <w:tc>
          <w:tcPr>
            <w:tcW w:w="90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67F0D39B" w14:textId="77777777" w:rsidR="002B4A1C" w:rsidRDefault="002B4A1C">
            <w:pPr>
              <w:spacing w:after="0" w:line="240" w:lineRule="auto"/>
              <w:jc w:val="center"/>
            </w:pPr>
          </w:p>
        </w:tc>
        <w:tc>
          <w:tcPr>
            <w:tcW w:w="6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1CF2D1A1" w14:textId="77777777" w:rsidR="002B4A1C" w:rsidRDefault="002B4A1C">
            <w:pPr>
              <w:spacing w:after="0" w:line="240" w:lineRule="auto"/>
              <w:jc w:val="center"/>
            </w:pPr>
          </w:p>
        </w:tc>
        <w:tc>
          <w:tcPr>
            <w:tcW w:w="16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2A60CBAE" w14:textId="77777777" w:rsidR="002B4A1C" w:rsidRDefault="002B4A1C">
            <w:pPr>
              <w:spacing w:after="0" w:line="240" w:lineRule="auto"/>
              <w:jc w:val="center"/>
            </w:pPr>
          </w:p>
        </w:tc>
        <w:tc>
          <w:tcPr>
            <w:tcW w:w="186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5E72A2E8" w14:textId="77777777" w:rsidR="002B4A1C" w:rsidRDefault="00000000">
            <w:pPr>
              <w:spacing w:after="0" w:line="240" w:lineRule="auto"/>
              <w:jc w:val="center"/>
            </w:pPr>
            <w:r>
              <w:rPr>
                <w:b/>
                <w:color w:val="A30F19"/>
                <w:sz w:val="17"/>
              </w:rPr>
              <w:t>52.250.000</w:t>
            </w:r>
          </w:p>
        </w:tc>
      </w:tr>
    </w:tbl>
    <w:p w14:paraId="3807C56C" w14:textId="77777777" w:rsidR="002B4A1C" w:rsidRDefault="00000000">
      <w:r>
        <w:br w:type="page"/>
      </w:r>
    </w:p>
    <w:p w14:paraId="1D2D8732" w14:textId="77777777" w:rsidR="002B4A1C" w:rsidRDefault="00000000">
      <w:pPr>
        <w:pStyle w:val="Heading2"/>
      </w:pPr>
      <w:r>
        <w:lastRenderedPageBreak/>
        <w:t>F. Quản lý và hậu cần</w:t>
      </w:r>
    </w:p>
    <w:tbl>
      <w:tblPr>
        <w:tblW w:w="9360" w:type="dxa"/>
        <w:tblInd w:w="120" w:type="dxa"/>
        <w:tblLayout w:type="fixed"/>
        <w:tblLook w:val="04A0" w:firstRow="1" w:lastRow="0" w:firstColumn="1" w:lastColumn="0" w:noHBand="0" w:noVBand="1"/>
      </w:tblPr>
      <w:tblGrid>
        <w:gridCol w:w="550"/>
        <w:gridCol w:w="3750"/>
        <w:gridCol w:w="900"/>
        <w:gridCol w:w="650"/>
        <w:gridCol w:w="1650"/>
        <w:gridCol w:w="1860"/>
      </w:tblGrid>
      <w:tr w:rsidR="002B4A1C" w14:paraId="08EC4CB7" w14:textId="77777777">
        <w:trPr>
          <w:cantSplit/>
          <w:tblHeader/>
        </w:trPr>
        <w:tc>
          <w:tcPr>
            <w:tcW w:w="5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76A83D29" w14:textId="77777777" w:rsidR="002B4A1C" w:rsidRDefault="00000000">
            <w:pPr>
              <w:spacing w:after="0" w:line="240" w:lineRule="auto"/>
              <w:jc w:val="center"/>
            </w:pPr>
            <w:r>
              <w:rPr>
                <w:b/>
                <w:color w:val="FFFFFF"/>
                <w:sz w:val="17"/>
              </w:rPr>
              <w:t>Mã</w:t>
            </w:r>
          </w:p>
        </w:tc>
        <w:tc>
          <w:tcPr>
            <w:tcW w:w="37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2F3F5059" w14:textId="77777777" w:rsidR="002B4A1C" w:rsidRDefault="00000000">
            <w:pPr>
              <w:spacing w:after="0" w:line="240" w:lineRule="auto"/>
              <w:jc w:val="center"/>
            </w:pPr>
            <w:r>
              <w:rPr>
                <w:b/>
                <w:color w:val="FFFFFF"/>
                <w:sz w:val="17"/>
              </w:rPr>
              <w:t>Hạng mục</w:t>
            </w:r>
          </w:p>
        </w:tc>
        <w:tc>
          <w:tcPr>
            <w:tcW w:w="90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2AFA22F3" w14:textId="77777777" w:rsidR="002B4A1C" w:rsidRDefault="00000000">
            <w:pPr>
              <w:spacing w:after="0" w:line="240" w:lineRule="auto"/>
              <w:jc w:val="center"/>
            </w:pPr>
            <w:r>
              <w:rPr>
                <w:b/>
                <w:color w:val="FFFFFF"/>
                <w:sz w:val="17"/>
              </w:rPr>
              <w:t>ĐVT</w:t>
            </w:r>
          </w:p>
        </w:tc>
        <w:tc>
          <w:tcPr>
            <w:tcW w:w="6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591B9C18" w14:textId="77777777" w:rsidR="002B4A1C" w:rsidRDefault="00000000">
            <w:pPr>
              <w:spacing w:after="0" w:line="240" w:lineRule="auto"/>
              <w:jc w:val="center"/>
            </w:pPr>
            <w:r>
              <w:rPr>
                <w:b/>
                <w:color w:val="FFFFFF"/>
                <w:sz w:val="17"/>
              </w:rPr>
              <w:t>SL</w:t>
            </w:r>
          </w:p>
        </w:tc>
        <w:tc>
          <w:tcPr>
            <w:tcW w:w="16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13401A11" w14:textId="77777777" w:rsidR="002B4A1C" w:rsidRDefault="00000000">
            <w:pPr>
              <w:spacing w:after="0" w:line="240" w:lineRule="auto"/>
              <w:jc w:val="center"/>
            </w:pPr>
            <w:r>
              <w:rPr>
                <w:b/>
                <w:color w:val="FFFFFF"/>
                <w:sz w:val="17"/>
              </w:rPr>
              <w:t>Đơn giá</w:t>
            </w:r>
          </w:p>
        </w:tc>
        <w:tc>
          <w:tcPr>
            <w:tcW w:w="186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1D34AD62" w14:textId="77777777" w:rsidR="002B4A1C" w:rsidRDefault="00000000">
            <w:pPr>
              <w:spacing w:after="0" w:line="240" w:lineRule="auto"/>
              <w:jc w:val="center"/>
            </w:pPr>
            <w:r>
              <w:rPr>
                <w:b/>
                <w:color w:val="FFFFFF"/>
                <w:sz w:val="17"/>
              </w:rPr>
              <w:t>Thành tiền</w:t>
            </w:r>
          </w:p>
        </w:tc>
      </w:tr>
      <w:tr w:rsidR="002B4A1C" w14:paraId="58141358" w14:textId="77777777">
        <w:trPr>
          <w:cantSplit/>
        </w:trPr>
        <w:tc>
          <w:tcPr>
            <w:tcW w:w="5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C47C03A" w14:textId="77777777" w:rsidR="002B4A1C" w:rsidRDefault="00000000">
            <w:pPr>
              <w:spacing w:after="0" w:line="240" w:lineRule="auto"/>
              <w:jc w:val="center"/>
            </w:pPr>
            <w:r>
              <w:rPr>
                <w:sz w:val="17"/>
              </w:rPr>
              <w:t>F1</w:t>
            </w:r>
          </w:p>
        </w:tc>
        <w:tc>
          <w:tcPr>
            <w:tcW w:w="37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7A6504F" w14:textId="77777777" w:rsidR="002B4A1C" w:rsidRDefault="00000000">
            <w:pPr>
              <w:spacing w:after="0" w:line="240" w:lineRule="auto"/>
            </w:pPr>
            <w:r>
              <w:rPr>
                <w:sz w:val="17"/>
              </w:rPr>
              <w:t>Quản lý dự án và điều phối tổng thể</w:t>
            </w:r>
          </w:p>
        </w:tc>
        <w:tc>
          <w:tcPr>
            <w:tcW w:w="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2639514" w14:textId="77777777" w:rsidR="002B4A1C" w:rsidRDefault="00000000">
            <w:pPr>
              <w:spacing w:after="0" w:line="240" w:lineRule="auto"/>
              <w:jc w:val="center"/>
            </w:pPr>
            <w:r>
              <w:rPr>
                <w:sz w:val="17"/>
              </w:rPr>
              <w:t>Gói</w:t>
            </w:r>
          </w:p>
        </w:tc>
        <w:tc>
          <w:tcPr>
            <w:tcW w:w="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215B0AD1"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3CBAB2A4" w14:textId="77777777" w:rsidR="002B4A1C" w:rsidRDefault="00000000">
            <w:pPr>
              <w:spacing w:after="0" w:line="240" w:lineRule="auto"/>
              <w:jc w:val="center"/>
            </w:pPr>
            <w:r>
              <w:rPr>
                <w:sz w:val="17"/>
              </w:rPr>
              <w:t>15.000.000</w:t>
            </w:r>
          </w:p>
        </w:tc>
        <w:tc>
          <w:tcPr>
            <w:tcW w:w="18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16418B0" w14:textId="77777777" w:rsidR="002B4A1C" w:rsidRDefault="00000000">
            <w:pPr>
              <w:spacing w:after="0" w:line="240" w:lineRule="auto"/>
              <w:jc w:val="center"/>
            </w:pPr>
            <w:r>
              <w:rPr>
                <w:sz w:val="17"/>
              </w:rPr>
              <w:t>15.000.000</w:t>
            </w:r>
          </w:p>
        </w:tc>
      </w:tr>
      <w:tr w:rsidR="002B4A1C" w14:paraId="5923C905"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1536F708" w14:textId="77777777" w:rsidR="002B4A1C" w:rsidRDefault="00000000">
            <w:pPr>
              <w:spacing w:after="0" w:line="240" w:lineRule="auto"/>
              <w:jc w:val="center"/>
            </w:pPr>
            <w:r>
              <w:rPr>
                <w:sz w:val="17"/>
              </w:rPr>
              <w:t>F2</w:t>
            </w:r>
          </w:p>
        </w:tc>
        <w:tc>
          <w:tcPr>
            <w:tcW w:w="37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78AF9C22" w14:textId="77777777" w:rsidR="002B4A1C" w:rsidRDefault="00000000">
            <w:pPr>
              <w:spacing w:after="0" w:line="240" w:lineRule="auto"/>
            </w:pPr>
            <w:r>
              <w:rPr>
                <w:sz w:val="17"/>
              </w:rPr>
              <w:t>Vận chuyển thiết bị và vật phẩm</w:t>
            </w:r>
          </w:p>
        </w:tc>
        <w:tc>
          <w:tcPr>
            <w:tcW w:w="9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405C755" w14:textId="77777777" w:rsidR="002B4A1C" w:rsidRDefault="00000000">
            <w:pPr>
              <w:spacing w:after="0" w:line="240" w:lineRule="auto"/>
              <w:jc w:val="center"/>
            </w:pPr>
            <w:r>
              <w:rPr>
                <w:sz w:val="17"/>
              </w:rPr>
              <w:t>Chuyến</w:t>
            </w:r>
          </w:p>
        </w:tc>
        <w:tc>
          <w:tcPr>
            <w:tcW w:w="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6CBCA878" w14:textId="77777777" w:rsidR="002B4A1C" w:rsidRDefault="00000000">
            <w:pPr>
              <w:spacing w:after="0" w:line="240" w:lineRule="auto"/>
              <w:jc w:val="center"/>
            </w:pPr>
            <w:r>
              <w:rPr>
                <w:sz w:val="17"/>
              </w:rPr>
              <w:t>3</w:t>
            </w:r>
          </w:p>
        </w:tc>
        <w:tc>
          <w:tcPr>
            <w:tcW w:w="1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1C980453" w14:textId="77777777" w:rsidR="002B4A1C" w:rsidRDefault="00000000">
            <w:pPr>
              <w:spacing w:after="0" w:line="240" w:lineRule="auto"/>
              <w:jc w:val="center"/>
            </w:pPr>
            <w:r>
              <w:rPr>
                <w:sz w:val="17"/>
              </w:rPr>
              <w:t>2.500.000</w:t>
            </w:r>
          </w:p>
        </w:tc>
        <w:tc>
          <w:tcPr>
            <w:tcW w:w="18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EEA9A07" w14:textId="77777777" w:rsidR="002B4A1C" w:rsidRDefault="00000000">
            <w:pPr>
              <w:spacing w:after="0" w:line="240" w:lineRule="auto"/>
              <w:jc w:val="center"/>
            </w:pPr>
            <w:r>
              <w:rPr>
                <w:sz w:val="17"/>
              </w:rPr>
              <w:t>7.500.000</w:t>
            </w:r>
          </w:p>
        </w:tc>
      </w:tr>
      <w:tr w:rsidR="002B4A1C" w14:paraId="011C9215" w14:textId="77777777">
        <w:trPr>
          <w:cantSplit/>
        </w:trPr>
        <w:tc>
          <w:tcPr>
            <w:tcW w:w="5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4CE3B3C9" w14:textId="77777777" w:rsidR="002B4A1C" w:rsidRDefault="00000000">
            <w:pPr>
              <w:spacing w:after="0" w:line="240" w:lineRule="auto"/>
              <w:jc w:val="center"/>
            </w:pPr>
            <w:r>
              <w:rPr>
                <w:sz w:val="17"/>
              </w:rPr>
              <w:t>F3</w:t>
            </w:r>
          </w:p>
        </w:tc>
        <w:tc>
          <w:tcPr>
            <w:tcW w:w="37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675003B" w14:textId="77777777" w:rsidR="002B4A1C" w:rsidRDefault="00000000">
            <w:pPr>
              <w:spacing w:after="0" w:line="240" w:lineRule="auto"/>
            </w:pPr>
            <w:r>
              <w:rPr>
                <w:sz w:val="17"/>
              </w:rPr>
              <w:t>Lưu kho và bốc xếp</w:t>
            </w:r>
          </w:p>
        </w:tc>
        <w:tc>
          <w:tcPr>
            <w:tcW w:w="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196CBF2" w14:textId="77777777" w:rsidR="002B4A1C" w:rsidRDefault="00000000">
            <w:pPr>
              <w:spacing w:after="0" w:line="240" w:lineRule="auto"/>
              <w:jc w:val="center"/>
            </w:pPr>
            <w:r>
              <w:rPr>
                <w:sz w:val="17"/>
              </w:rPr>
              <w:t>Gói</w:t>
            </w:r>
          </w:p>
        </w:tc>
        <w:tc>
          <w:tcPr>
            <w:tcW w:w="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711AEE0F"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312BABE9" w14:textId="77777777" w:rsidR="002B4A1C" w:rsidRDefault="00000000">
            <w:pPr>
              <w:spacing w:after="0" w:line="240" w:lineRule="auto"/>
              <w:jc w:val="center"/>
            </w:pPr>
            <w:r>
              <w:rPr>
                <w:sz w:val="17"/>
              </w:rPr>
              <w:t>3.500.000</w:t>
            </w:r>
          </w:p>
        </w:tc>
        <w:tc>
          <w:tcPr>
            <w:tcW w:w="18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736EEA39" w14:textId="77777777" w:rsidR="002B4A1C" w:rsidRDefault="00000000">
            <w:pPr>
              <w:spacing w:after="0" w:line="240" w:lineRule="auto"/>
              <w:jc w:val="center"/>
            </w:pPr>
            <w:r>
              <w:rPr>
                <w:sz w:val="17"/>
              </w:rPr>
              <w:t>3.500.000</w:t>
            </w:r>
          </w:p>
        </w:tc>
      </w:tr>
      <w:tr w:rsidR="002B4A1C" w14:paraId="379DF6AC"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401CEF65" w14:textId="77777777" w:rsidR="002B4A1C" w:rsidRDefault="00000000">
            <w:pPr>
              <w:spacing w:after="0" w:line="240" w:lineRule="auto"/>
              <w:jc w:val="center"/>
            </w:pPr>
            <w:r>
              <w:rPr>
                <w:sz w:val="17"/>
              </w:rPr>
              <w:t>F4</w:t>
            </w:r>
          </w:p>
        </w:tc>
        <w:tc>
          <w:tcPr>
            <w:tcW w:w="37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118BF46" w14:textId="77777777" w:rsidR="002B4A1C" w:rsidRDefault="00000000">
            <w:pPr>
              <w:spacing w:after="0" w:line="240" w:lineRule="auto"/>
            </w:pPr>
            <w:r>
              <w:rPr>
                <w:sz w:val="17"/>
              </w:rPr>
              <w:t>Thông tin liên lạc và hành chính</w:t>
            </w:r>
          </w:p>
        </w:tc>
        <w:tc>
          <w:tcPr>
            <w:tcW w:w="9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1D6EAD9C" w14:textId="77777777" w:rsidR="002B4A1C" w:rsidRDefault="00000000">
            <w:pPr>
              <w:spacing w:after="0" w:line="240" w:lineRule="auto"/>
              <w:jc w:val="center"/>
            </w:pPr>
            <w:r>
              <w:rPr>
                <w:sz w:val="17"/>
              </w:rPr>
              <w:t>Gói</w:t>
            </w:r>
          </w:p>
        </w:tc>
        <w:tc>
          <w:tcPr>
            <w:tcW w:w="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A06F098" w14:textId="77777777" w:rsidR="002B4A1C" w:rsidRDefault="00000000">
            <w:pPr>
              <w:spacing w:after="0" w:line="240" w:lineRule="auto"/>
              <w:jc w:val="center"/>
            </w:pPr>
            <w:r>
              <w:rPr>
                <w:sz w:val="17"/>
              </w:rPr>
              <w:t>1</w:t>
            </w:r>
          </w:p>
        </w:tc>
        <w:tc>
          <w:tcPr>
            <w:tcW w:w="16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748D687" w14:textId="77777777" w:rsidR="002B4A1C" w:rsidRDefault="00000000">
            <w:pPr>
              <w:spacing w:after="0" w:line="240" w:lineRule="auto"/>
              <w:jc w:val="center"/>
            </w:pPr>
            <w:r>
              <w:rPr>
                <w:sz w:val="17"/>
              </w:rPr>
              <w:t>2.000.000</w:t>
            </w:r>
          </w:p>
        </w:tc>
        <w:tc>
          <w:tcPr>
            <w:tcW w:w="18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05AD4AF" w14:textId="77777777" w:rsidR="002B4A1C" w:rsidRDefault="00000000">
            <w:pPr>
              <w:spacing w:after="0" w:line="240" w:lineRule="auto"/>
              <w:jc w:val="center"/>
            </w:pPr>
            <w:r>
              <w:rPr>
                <w:sz w:val="17"/>
              </w:rPr>
              <w:t>2.000.000</w:t>
            </w:r>
          </w:p>
        </w:tc>
      </w:tr>
      <w:tr w:rsidR="002B4A1C" w14:paraId="0D11CDBF" w14:textId="77777777">
        <w:trPr>
          <w:cantSplit/>
        </w:trPr>
        <w:tc>
          <w:tcPr>
            <w:tcW w:w="5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420CE7B2" w14:textId="77777777" w:rsidR="002B4A1C" w:rsidRDefault="002B4A1C">
            <w:pPr>
              <w:spacing w:after="0" w:line="240" w:lineRule="auto"/>
              <w:jc w:val="center"/>
            </w:pPr>
          </w:p>
        </w:tc>
        <w:tc>
          <w:tcPr>
            <w:tcW w:w="37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04217D45" w14:textId="77777777" w:rsidR="002B4A1C" w:rsidRDefault="00000000">
            <w:pPr>
              <w:spacing w:after="0" w:line="240" w:lineRule="auto"/>
            </w:pPr>
            <w:r>
              <w:rPr>
                <w:b/>
                <w:color w:val="A30F19"/>
                <w:sz w:val="17"/>
              </w:rPr>
              <w:t>CỘNG NHÓM</w:t>
            </w:r>
          </w:p>
        </w:tc>
        <w:tc>
          <w:tcPr>
            <w:tcW w:w="90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13CF7F3C" w14:textId="77777777" w:rsidR="002B4A1C" w:rsidRDefault="002B4A1C">
            <w:pPr>
              <w:spacing w:after="0" w:line="240" w:lineRule="auto"/>
              <w:jc w:val="center"/>
            </w:pPr>
          </w:p>
        </w:tc>
        <w:tc>
          <w:tcPr>
            <w:tcW w:w="6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1A50D8FF" w14:textId="77777777" w:rsidR="002B4A1C" w:rsidRDefault="002B4A1C">
            <w:pPr>
              <w:spacing w:after="0" w:line="240" w:lineRule="auto"/>
              <w:jc w:val="center"/>
            </w:pPr>
          </w:p>
        </w:tc>
        <w:tc>
          <w:tcPr>
            <w:tcW w:w="165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2AA16AF5" w14:textId="77777777" w:rsidR="002B4A1C" w:rsidRDefault="002B4A1C">
            <w:pPr>
              <w:spacing w:after="0" w:line="240" w:lineRule="auto"/>
              <w:jc w:val="center"/>
            </w:pPr>
          </w:p>
        </w:tc>
        <w:tc>
          <w:tcPr>
            <w:tcW w:w="1860" w:type="dxa"/>
            <w:tcBorders>
              <w:top w:val="single" w:sz="4" w:space="0" w:color="B7C3D0"/>
              <w:left w:val="single" w:sz="4" w:space="0" w:color="B7C3D0"/>
              <w:bottom w:val="single" w:sz="4" w:space="0" w:color="B7C3D0"/>
              <w:right w:val="single" w:sz="4" w:space="0" w:color="B7C3D0"/>
            </w:tcBorders>
            <w:shd w:val="clear" w:color="auto" w:fill="F5D7D9"/>
            <w:tcMar>
              <w:top w:w="80" w:type="dxa"/>
              <w:left w:w="120" w:type="dxa"/>
              <w:bottom w:w="80" w:type="dxa"/>
              <w:right w:w="120" w:type="dxa"/>
            </w:tcMar>
            <w:vAlign w:val="center"/>
          </w:tcPr>
          <w:p w14:paraId="0D90F4F3" w14:textId="77777777" w:rsidR="002B4A1C" w:rsidRDefault="00000000">
            <w:pPr>
              <w:spacing w:after="0" w:line="240" w:lineRule="auto"/>
              <w:jc w:val="center"/>
            </w:pPr>
            <w:r>
              <w:rPr>
                <w:b/>
                <w:color w:val="A30F19"/>
                <w:sz w:val="17"/>
              </w:rPr>
              <w:t>28.000.000</w:t>
            </w:r>
          </w:p>
        </w:tc>
      </w:tr>
    </w:tbl>
    <w:p w14:paraId="7F0EC617" w14:textId="77777777" w:rsidR="002B4A1C" w:rsidRDefault="00000000">
      <w:pPr>
        <w:pStyle w:val="Heading1"/>
      </w:pPr>
      <w:r>
        <w:t>4. Ngân sách dự phòng</w:t>
      </w:r>
    </w:p>
    <w:p w14:paraId="74D258EA" w14:textId="77777777" w:rsidR="002B4A1C" w:rsidRDefault="00000000">
      <w:r>
        <w:rPr>
          <w:sz w:val="21"/>
        </w:rPr>
        <w:t>Quỹ dự phòng được giả định bằng 8% ngân sách cơ sở, tương ứng 24.188.000 VNĐ. Khoản này chỉ sử dụng khi phát sinh rủi ro đã được người có thẩm quyền phê duyệt.</w:t>
      </w:r>
    </w:p>
    <w:tbl>
      <w:tblPr>
        <w:tblW w:w="9360" w:type="dxa"/>
        <w:tblInd w:w="120" w:type="dxa"/>
        <w:tblLayout w:type="fixed"/>
        <w:tblLook w:val="04A0" w:firstRow="1" w:lastRow="0" w:firstColumn="1" w:lastColumn="0" w:noHBand="0" w:noVBand="1"/>
      </w:tblPr>
      <w:tblGrid>
        <w:gridCol w:w="600"/>
        <w:gridCol w:w="3300"/>
        <w:gridCol w:w="3500"/>
        <w:gridCol w:w="1960"/>
      </w:tblGrid>
      <w:tr w:rsidR="002B4A1C" w14:paraId="2468DC82" w14:textId="77777777">
        <w:trPr>
          <w:cantSplit/>
          <w:tblHeader/>
        </w:trPr>
        <w:tc>
          <w:tcPr>
            <w:tcW w:w="60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44A9ECE3" w14:textId="77777777" w:rsidR="002B4A1C" w:rsidRDefault="00000000">
            <w:pPr>
              <w:spacing w:after="0" w:line="240" w:lineRule="auto"/>
              <w:jc w:val="center"/>
            </w:pPr>
            <w:r>
              <w:rPr>
                <w:b/>
                <w:color w:val="FFFFFF"/>
                <w:sz w:val="17"/>
              </w:rPr>
              <w:t>STT</w:t>
            </w:r>
          </w:p>
        </w:tc>
        <w:tc>
          <w:tcPr>
            <w:tcW w:w="330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45F19F40" w14:textId="77777777" w:rsidR="002B4A1C" w:rsidRDefault="00000000">
            <w:pPr>
              <w:spacing w:after="0" w:line="240" w:lineRule="auto"/>
              <w:jc w:val="center"/>
            </w:pPr>
            <w:r>
              <w:rPr>
                <w:b/>
                <w:color w:val="FFFFFF"/>
                <w:sz w:val="17"/>
              </w:rPr>
              <w:t>Rủi ro giả định</w:t>
            </w:r>
          </w:p>
        </w:tc>
        <w:tc>
          <w:tcPr>
            <w:tcW w:w="350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61772B78" w14:textId="77777777" w:rsidR="002B4A1C" w:rsidRDefault="00000000">
            <w:pPr>
              <w:spacing w:after="0" w:line="240" w:lineRule="auto"/>
              <w:jc w:val="center"/>
            </w:pPr>
            <w:r>
              <w:rPr>
                <w:b/>
                <w:color w:val="FFFFFF"/>
                <w:sz w:val="17"/>
              </w:rPr>
              <w:t>Phạm vi sử dụng</w:t>
            </w:r>
          </w:p>
        </w:tc>
        <w:tc>
          <w:tcPr>
            <w:tcW w:w="196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33CB96E7" w14:textId="77777777" w:rsidR="002B4A1C" w:rsidRDefault="00000000">
            <w:pPr>
              <w:spacing w:after="0" w:line="240" w:lineRule="auto"/>
              <w:jc w:val="center"/>
            </w:pPr>
            <w:r>
              <w:rPr>
                <w:b/>
                <w:color w:val="FFFFFF"/>
                <w:sz w:val="17"/>
              </w:rPr>
              <w:t>Ngân sách</w:t>
            </w:r>
          </w:p>
        </w:tc>
      </w:tr>
      <w:tr w:rsidR="002B4A1C" w14:paraId="243FDE23" w14:textId="77777777">
        <w:trPr>
          <w:cantSplit/>
        </w:trPr>
        <w:tc>
          <w:tcPr>
            <w:tcW w:w="6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5E030BB" w14:textId="77777777" w:rsidR="002B4A1C" w:rsidRDefault="00000000">
            <w:pPr>
              <w:spacing w:after="0" w:line="240" w:lineRule="auto"/>
              <w:jc w:val="center"/>
            </w:pPr>
            <w:r>
              <w:rPr>
                <w:sz w:val="17"/>
              </w:rPr>
              <w:t>1</w:t>
            </w:r>
          </w:p>
        </w:tc>
        <w:tc>
          <w:tcPr>
            <w:tcW w:w="33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4BA570A" w14:textId="77777777" w:rsidR="002B4A1C" w:rsidRDefault="00000000">
            <w:pPr>
              <w:spacing w:after="0" w:line="240" w:lineRule="auto"/>
            </w:pPr>
            <w:r>
              <w:rPr>
                <w:sz w:val="17"/>
              </w:rPr>
              <w:t>Tăng số lượng khách hoặc suất phục vụ</w:t>
            </w:r>
          </w:p>
        </w:tc>
        <w:tc>
          <w:tcPr>
            <w:tcW w:w="35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BAA040E" w14:textId="77777777" w:rsidR="002B4A1C" w:rsidRDefault="00000000">
            <w:pPr>
              <w:spacing w:after="0" w:line="240" w:lineRule="auto"/>
              <w:jc w:val="center"/>
            </w:pPr>
            <w:r>
              <w:rPr>
                <w:sz w:val="17"/>
              </w:rPr>
              <w:t>Điều chỉnh ẩm thực, vật phẩm và nhân sự</w:t>
            </w:r>
          </w:p>
        </w:tc>
        <w:tc>
          <w:tcPr>
            <w:tcW w:w="19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246A7CBB" w14:textId="77777777" w:rsidR="002B4A1C" w:rsidRDefault="00000000">
            <w:pPr>
              <w:spacing w:after="0" w:line="240" w:lineRule="auto"/>
              <w:jc w:val="center"/>
            </w:pPr>
            <w:r>
              <w:rPr>
                <w:sz w:val="17"/>
              </w:rPr>
              <w:t>8.000.000</w:t>
            </w:r>
          </w:p>
        </w:tc>
      </w:tr>
      <w:tr w:rsidR="002B4A1C" w14:paraId="6B8F1256" w14:textId="77777777">
        <w:trPr>
          <w:cantSplit/>
        </w:trPr>
        <w:tc>
          <w:tcPr>
            <w:tcW w:w="6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4139B424" w14:textId="77777777" w:rsidR="002B4A1C" w:rsidRDefault="00000000">
            <w:pPr>
              <w:spacing w:after="0" w:line="240" w:lineRule="auto"/>
              <w:jc w:val="center"/>
            </w:pPr>
            <w:r>
              <w:rPr>
                <w:sz w:val="17"/>
              </w:rPr>
              <w:t>2</w:t>
            </w:r>
          </w:p>
        </w:tc>
        <w:tc>
          <w:tcPr>
            <w:tcW w:w="33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5DC0913C" w14:textId="77777777" w:rsidR="002B4A1C" w:rsidRDefault="00000000">
            <w:pPr>
              <w:spacing w:after="0" w:line="240" w:lineRule="auto"/>
            </w:pPr>
            <w:r>
              <w:rPr>
                <w:sz w:val="17"/>
              </w:rPr>
              <w:t>Phát sinh thời gian thuê địa điểm</w:t>
            </w:r>
          </w:p>
        </w:tc>
        <w:tc>
          <w:tcPr>
            <w:tcW w:w="35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F908190" w14:textId="77777777" w:rsidR="002B4A1C" w:rsidRDefault="00000000">
            <w:pPr>
              <w:spacing w:after="0" w:line="240" w:lineRule="auto"/>
              <w:jc w:val="center"/>
            </w:pPr>
            <w:r>
              <w:rPr>
                <w:sz w:val="17"/>
              </w:rPr>
              <w:t>Thanh toán thời gian kéo dài đã được duyệt</w:t>
            </w:r>
          </w:p>
        </w:tc>
        <w:tc>
          <w:tcPr>
            <w:tcW w:w="19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25C75831" w14:textId="77777777" w:rsidR="002B4A1C" w:rsidRDefault="00000000">
            <w:pPr>
              <w:spacing w:after="0" w:line="240" w:lineRule="auto"/>
              <w:jc w:val="center"/>
            </w:pPr>
            <w:r>
              <w:rPr>
                <w:sz w:val="17"/>
              </w:rPr>
              <w:t>5.000.000</w:t>
            </w:r>
          </w:p>
        </w:tc>
      </w:tr>
      <w:tr w:rsidR="002B4A1C" w14:paraId="1402FA23" w14:textId="77777777">
        <w:trPr>
          <w:cantSplit/>
        </w:trPr>
        <w:tc>
          <w:tcPr>
            <w:tcW w:w="6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ABF5278" w14:textId="77777777" w:rsidR="002B4A1C" w:rsidRDefault="00000000">
            <w:pPr>
              <w:spacing w:after="0" w:line="240" w:lineRule="auto"/>
              <w:jc w:val="center"/>
            </w:pPr>
            <w:r>
              <w:rPr>
                <w:sz w:val="17"/>
              </w:rPr>
              <w:t>3</w:t>
            </w:r>
          </w:p>
        </w:tc>
        <w:tc>
          <w:tcPr>
            <w:tcW w:w="33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48CBAEB8" w14:textId="77777777" w:rsidR="002B4A1C" w:rsidRDefault="00000000">
            <w:pPr>
              <w:spacing w:after="0" w:line="240" w:lineRule="auto"/>
            </w:pPr>
            <w:r>
              <w:rPr>
                <w:sz w:val="17"/>
              </w:rPr>
              <w:t>Thay thế hoặc bổ sung thiết bị kỹ thuật</w:t>
            </w:r>
          </w:p>
        </w:tc>
        <w:tc>
          <w:tcPr>
            <w:tcW w:w="35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48FA9C9D" w14:textId="77777777" w:rsidR="002B4A1C" w:rsidRDefault="00000000">
            <w:pPr>
              <w:spacing w:after="0" w:line="240" w:lineRule="auto"/>
              <w:jc w:val="center"/>
            </w:pPr>
            <w:r>
              <w:rPr>
                <w:sz w:val="17"/>
              </w:rPr>
              <w:t>Ưu tiên thiết bị ảnh hưởng trực tiếp đến chương trình</w:t>
            </w:r>
          </w:p>
        </w:tc>
        <w:tc>
          <w:tcPr>
            <w:tcW w:w="19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1570FB9" w14:textId="77777777" w:rsidR="002B4A1C" w:rsidRDefault="00000000">
            <w:pPr>
              <w:spacing w:after="0" w:line="240" w:lineRule="auto"/>
              <w:jc w:val="center"/>
            </w:pPr>
            <w:r>
              <w:rPr>
                <w:sz w:val="17"/>
              </w:rPr>
              <w:t>5.000.000</w:t>
            </w:r>
          </w:p>
        </w:tc>
      </w:tr>
      <w:tr w:rsidR="002B4A1C" w14:paraId="4D3DCFFD" w14:textId="77777777">
        <w:trPr>
          <w:cantSplit/>
        </w:trPr>
        <w:tc>
          <w:tcPr>
            <w:tcW w:w="6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5142C098" w14:textId="77777777" w:rsidR="002B4A1C" w:rsidRDefault="00000000">
            <w:pPr>
              <w:spacing w:after="0" w:line="240" w:lineRule="auto"/>
              <w:jc w:val="center"/>
            </w:pPr>
            <w:r>
              <w:rPr>
                <w:sz w:val="17"/>
              </w:rPr>
              <w:t>4</w:t>
            </w:r>
          </w:p>
        </w:tc>
        <w:tc>
          <w:tcPr>
            <w:tcW w:w="33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8E363AF" w14:textId="77777777" w:rsidR="002B4A1C" w:rsidRDefault="00000000">
            <w:pPr>
              <w:spacing w:after="0" w:line="240" w:lineRule="auto"/>
            </w:pPr>
            <w:r>
              <w:rPr>
                <w:sz w:val="17"/>
              </w:rPr>
              <w:t>Vận chuyển hoặc điều kiện thời tiết</w:t>
            </w:r>
          </w:p>
        </w:tc>
        <w:tc>
          <w:tcPr>
            <w:tcW w:w="35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1673E999" w14:textId="77777777" w:rsidR="002B4A1C" w:rsidRDefault="00000000">
            <w:pPr>
              <w:spacing w:after="0" w:line="240" w:lineRule="auto"/>
              <w:jc w:val="center"/>
            </w:pPr>
            <w:r>
              <w:rPr>
                <w:sz w:val="17"/>
              </w:rPr>
              <w:t>Bổ sung phương tiện, mái che hoặc phương án bảo quản</w:t>
            </w:r>
          </w:p>
        </w:tc>
        <w:tc>
          <w:tcPr>
            <w:tcW w:w="19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77D54ED2" w14:textId="77777777" w:rsidR="002B4A1C" w:rsidRDefault="00000000">
            <w:pPr>
              <w:spacing w:after="0" w:line="240" w:lineRule="auto"/>
              <w:jc w:val="center"/>
            </w:pPr>
            <w:r>
              <w:rPr>
                <w:sz w:val="17"/>
              </w:rPr>
              <w:t>4.000.000</w:t>
            </w:r>
          </w:p>
        </w:tc>
      </w:tr>
      <w:tr w:rsidR="002B4A1C" w14:paraId="497AB927" w14:textId="77777777">
        <w:trPr>
          <w:cantSplit/>
        </w:trPr>
        <w:tc>
          <w:tcPr>
            <w:tcW w:w="6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576106EF" w14:textId="77777777" w:rsidR="002B4A1C" w:rsidRDefault="00000000">
            <w:pPr>
              <w:spacing w:after="0" w:line="240" w:lineRule="auto"/>
              <w:jc w:val="center"/>
            </w:pPr>
            <w:r>
              <w:rPr>
                <w:sz w:val="17"/>
              </w:rPr>
              <w:t>5</w:t>
            </w:r>
          </w:p>
        </w:tc>
        <w:tc>
          <w:tcPr>
            <w:tcW w:w="33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4053D97D" w14:textId="77777777" w:rsidR="002B4A1C" w:rsidRDefault="00000000">
            <w:pPr>
              <w:spacing w:after="0" w:line="240" w:lineRule="auto"/>
            </w:pPr>
            <w:r>
              <w:rPr>
                <w:sz w:val="17"/>
              </w:rPr>
              <w:t>Điều chỉnh sản xuất sát ngày</w:t>
            </w:r>
          </w:p>
        </w:tc>
        <w:tc>
          <w:tcPr>
            <w:tcW w:w="35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6BCB6201" w14:textId="77777777" w:rsidR="002B4A1C" w:rsidRDefault="00000000">
            <w:pPr>
              <w:spacing w:after="0" w:line="240" w:lineRule="auto"/>
              <w:jc w:val="center"/>
            </w:pPr>
            <w:r>
              <w:rPr>
                <w:sz w:val="17"/>
              </w:rPr>
              <w:t>Xử lý thay đổi đã được phê duyệt</w:t>
            </w:r>
          </w:p>
        </w:tc>
        <w:tc>
          <w:tcPr>
            <w:tcW w:w="19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747BB925" w14:textId="77777777" w:rsidR="002B4A1C" w:rsidRDefault="00000000">
            <w:pPr>
              <w:spacing w:after="0" w:line="240" w:lineRule="auto"/>
              <w:jc w:val="center"/>
            </w:pPr>
            <w:r>
              <w:rPr>
                <w:sz w:val="17"/>
              </w:rPr>
              <w:t>2.188.000</w:t>
            </w:r>
          </w:p>
        </w:tc>
      </w:tr>
    </w:tbl>
    <w:p w14:paraId="041DD8A0" w14:textId="77777777" w:rsidR="002B4A1C" w:rsidRDefault="00000000">
      <w:pPr>
        <w:pStyle w:val="Heading1"/>
      </w:pPr>
      <w:r>
        <w:t>5. Kế hoạch thanh toán giả định</w:t>
      </w:r>
    </w:p>
    <w:p w14:paraId="080C223C" w14:textId="77777777" w:rsidR="002B4A1C" w:rsidRDefault="00000000">
      <w:r>
        <w:rPr>
          <w:sz w:val="21"/>
        </w:rPr>
        <w:t>Tỷ lệ dưới đây được tính trên ngân sách cơ sở. Quỹ dự phòng chỉ thanh toán khi có phát sinh thực tế và phê duyệt riêng.</w:t>
      </w:r>
    </w:p>
    <w:tbl>
      <w:tblPr>
        <w:tblW w:w="9360" w:type="dxa"/>
        <w:tblInd w:w="120" w:type="dxa"/>
        <w:tblLayout w:type="fixed"/>
        <w:tblLook w:val="04A0" w:firstRow="1" w:lastRow="0" w:firstColumn="1" w:lastColumn="0" w:noHBand="0" w:noVBand="1"/>
      </w:tblPr>
      <w:tblGrid>
        <w:gridCol w:w="1150"/>
        <w:gridCol w:w="2250"/>
        <w:gridCol w:w="1100"/>
        <w:gridCol w:w="1900"/>
        <w:gridCol w:w="2960"/>
      </w:tblGrid>
      <w:tr w:rsidR="002B4A1C" w14:paraId="71EC0D55" w14:textId="77777777">
        <w:trPr>
          <w:cantSplit/>
          <w:tblHeader/>
        </w:trPr>
        <w:tc>
          <w:tcPr>
            <w:tcW w:w="11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5489FC70" w14:textId="77777777" w:rsidR="002B4A1C" w:rsidRDefault="00000000">
            <w:pPr>
              <w:spacing w:after="0" w:line="240" w:lineRule="auto"/>
              <w:jc w:val="center"/>
            </w:pPr>
            <w:r>
              <w:rPr>
                <w:b/>
                <w:color w:val="FFFFFF"/>
                <w:sz w:val="17"/>
              </w:rPr>
              <w:t>Đợt</w:t>
            </w:r>
          </w:p>
        </w:tc>
        <w:tc>
          <w:tcPr>
            <w:tcW w:w="225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4CA627B5" w14:textId="77777777" w:rsidR="002B4A1C" w:rsidRDefault="00000000">
            <w:pPr>
              <w:spacing w:after="0" w:line="240" w:lineRule="auto"/>
              <w:jc w:val="center"/>
            </w:pPr>
            <w:r>
              <w:rPr>
                <w:b/>
                <w:color w:val="FFFFFF"/>
                <w:sz w:val="17"/>
              </w:rPr>
              <w:t>Thời điểm</w:t>
            </w:r>
          </w:p>
        </w:tc>
        <w:tc>
          <w:tcPr>
            <w:tcW w:w="110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1D4E2E7C" w14:textId="77777777" w:rsidR="002B4A1C" w:rsidRDefault="00000000">
            <w:pPr>
              <w:spacing w:after="0" w:line="240" w:lineRule="auto"/>
              <w:jc w:val="center"/>
            </w:pPr>
            <w:r>
              <w:rPr>
                <w:b/>
                <w:color w:val="FFFFFF"/>
                <w:sz w:val="17"/>
              </w:rPr>
              <w:t>Tỷ lệ</w:t>
            </w:r>
          </w:p>
        </w:tc>
        <w:tc>
          <w:tcPr>
            <w:tcW w:w="190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5B5A1BD1" w14:textId="77777777" w:rsidR="002B4A1C" w:rsidRDefault="00000000">
            <w:pPr>
              <w:spacing w:after="0" w:line="240" w:lineRule="auto"/>
              <w:jc w:val="center"/>
            </w:pPr>
            <w:r>
              <w:rPr>
                <w:b/>
                <w:color w:val="FFFFFF"/>
                <w:sz w:val="17"/>
              </w:rPr>
              <w:t>Số tiền</w:t>
            </w:r>
          </w:p>
        </w:tc>
        <w:tc>
          <w:tcPr>
            <w:tcW w:w="2960" w:type="dxa"/>
            <w:tcBorders>
              <w:top w:val="single" w:sz="4" w:space="0" w:color="B7C3D0"/>
              <w:left w:val="single" w:sz="4" w:space="0" w:color="B7C3D0"/>
              <w:bottom w:val="single" w:sz="4" w:space="0" w:color="B7C3D0"/>
              <w:right w:val="single" w:sz="4" w:space="0" w:color="B7C3D0"/>
            </w:tcBorders>
            <w:shd w:val="clear" w:color="auto" w:fill="A30F19"/>
            <w:tcMar>
              <w:top w:w="80" w:type="dxa"/>
              <w:left w:w="120" w:type="dxa"/>
              <w:bottom w:w="80" w:type="dxa"/>
              <w:right w:w="120" w:type="dxa"/>
            </w:tcMar>
            <w:vAlign w:val="center"/>
          </w:tcPr>
          <w:p w14:paraId="2AEA19C9" w14:textId="77777777" w:rsidR="002B4A1C" w:rsidRDefault="00000000">
            <w:pPr>
              <w:spacing w:after="0" w:line="240" w:lineRule="auto"/>
              <w:jc w:val="center"/>
            </w:pPr>
            <w:r>
              <w:rPr>
                <w:b/>
                <w:color w:val="FFFFFF"/>
                <w:sz w:val="17"/>
              </w:rPr>
              <w:t>Mục đích</w:t>
            </w:r>
          </w:p>
        </w:tc>
      </w:tr>
      <w:tr w:rsidR="002B4A1C" w14:paraId="437EB905" w14:textId="77777777">
        <w:trPr>
          <w:cantSplit/>
        </w:trPr>
        <w:tc>
          <w:tcPr>
            <w:tcW w:w="11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07C86381" w14:textId="77777777" w:rsidR="002B4A1C" w:rsidRDefault="00000000">
            <w:pPr>
              <w:spacing w:after="0" w:line="240" w:lineRule="auto"/>
            </w:pPr>
            <w:r>
              <w:rPr>
                <w:sz w:val="17"/>
              </w:rPr>
              <w:t>Đợt 1</w:t>
            </w:r>
          </w:p>
        </w:tc>
        <w:tc>
          <w:tcPr>
            <w:tcW w:w="22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2D9DF573" w14:textId="77777777" w:rsidR="002B4A1C" w:rsidRDefault="00000000">
            <w:pPr>
              <w:spacing w:after="0" w:line="240" w:lineRule="auto"/>
            </w:pPr>
            <w:r>
              <w:rPr>
                <w:sz w:val="17"/>
              </w:rPr>
              <w:t>Sau khi phê duyệt và ký hợp đồng</w:t>
            </w:r>
          </w:p>
        </w:tc>
        <w:tc>
          <w:tcPr>
            <w:tcW w:w="11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FDE0F5A" w14:textId="77777777" w:rsidR="002B4A1C" w:rsidRDefault="00000000">
            <w:pPr>
              <w:spacing w:after="0" w:line="240" w:lineRule="auto"/>
              <w:jc w:val="center"/>
            </w:pPr>
            <w:r>
              <w:rPr>
                <w:sz w:val="17"/>
              </w:rPr>
              <w:t>30%</w:t>
            </w:r>
          </w:p>
        </w:tc>
        <w:tc>
          <w:tcPr>
            <w:tcW w:w="1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24FFA99E" w14:textId="77777777" w:rsidR="002B4A1C" w:rsidRDefault="00000000">
            <w:pPr>
              <w:spacing w:after="0" w:line="240" w:lineRule="auto"/>
              <w:jc w:val="center"/>
            </w:pPr>
            <w:r>
              <w:rPr>
                <w:sz w:val="17"/>
              </w:rPr>
              <w:t>90.705.000</w:t>
            </w:r>
          </w:p>
        </w:tc>
        <w:tc>
          <w:tcPr>
            <w:tcW w:w="29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7F1AD588" w14:textId="77777777" w:rsidR="002B4A1C" w:rsidRDefault="00000000">
            <w:pPr>
              <w:spacing w:after="0" w:line="240" w:lineRule="auto"/>
              <w:jc w:val="center"/>
            </w:pPr>
            <w:r>
              <w:rPr>
                <w:sz w:val="17"/>
              </w:rPr>
              <w:t>Đặt cọc địa điểm và nhà cung cấp</w:t>
            </w:r>
          </w:p>
        </w:tc>
      </w:tr>
      <w:tr w:rsidR="002B4A1C" w14:paraId="70FD9905" w14:textId="77777777">
        <w:trPr>
          <w:cantSplit/>
        </w:trPr>
        <w:tc>
          <w:tcPr>
            <w:tcW w:w="11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6F8CBCF8" w14:textId="77777777" w:rsidR="002B4A1C" w:rsidRDefault="00000000">
            <w:pPr>
              <w:spacing w:after="0" w:line="240" w:lineRule="auto"/>
            </w:pPr>
            <w:r>
              <w:rPr>
                <w:sz w:val="17"/>
              </w:rPr>
              <w:t>Đợt 2</w:t>
            </w:r>
          </w:p>
        </w:tc>
        <w:tc>
          <w:tcPr>
            <w:tcW w:w="22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53A733A" w14:textId="77777777" w:rsidR="002B4A1C" w:rsidRDefault="00000000">
            <w:pPr>
              <w:spacing w:after="0" w:line="240" w:lineRule="auto"/>
            </w:pPr>
            <w:r>
              <w:rPr>
                <w:sz w:val="17"/>
              </w:rPr>
              <w:t>Trước sự kiện 14 ngày</w:t>
            </w:r>
          </w:p>
        </w:tc>
        <w:tc>
          <w:tcPr>
            <w:tcW w:w="11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2E6338BC" w14:textId="77777777" w:rsidR="002B4A1C" w:rsidRDefault="00000000">
            <w:pPr>
              <w:spacing w:after="0" w:line="240" w:lineRule="auto"/>
              <w:jc w:val="center"/>
            </w:pPr>
            <w:r>
              <w:rPr>
                <w:sz w:val="17"/>
              </w:rPr>
              <w:t>40%</w:t>
            </w:r>
          </w:p>
        </w:tc>
        <w:tc>
          <w:tcPr>
            <w:tcW w:w="19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2F8454C5" w14:textId="77777777" w:rsidR="002B4A1C" w:rsidRDefault="00000000">
            <w:pPr>
              <w:spacing w:after="0" w:line="240" w:lineRule="auto"/>
              <w:jc w:val="center"/>
            </w:pPr>
            <w:r>
              <w:rPr>
                <w:sz w:val="17"/>
              </w:rPr>
              <w:t>120.940.000</w:t>
            </w:r>
          </w:p>
        </w:tc>
        <w:tc>
          <w:tcPr>
            <w:tcW w:w="29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2B4E68E" w14:textId="77777777" w:rsidR="002B4A1C" w:rsidRDefault="00000000">
            <w:pPr>
              <w:spacing w:after="0" w:line="240" w:lineRule="auto"/>
              <w:jc w:val="center"/>
            </w:pPr>
            <w:r>
              <w:rPr>
                <w:sz w:val="17"/>
              </w:rPr>
              <w:t>Sản xuất và xác nhận dịch vụ</w:t>
            </w:r>
          </w:p>
        </w:tc>
      </w:tr>
      <w:tr w:rsidR="002B4A1C" w14:paraId="046891FE" w14:textId="77777777">
        <w:trPr>
          <w:cantSplit/>
        </w:trPr>
        <w:tc>
          <w:tcPr>
            <w:tcW w:w="11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4BE440F1" w14:textId="77777777" w:rsidR="002B4A1C" w:rsidRDefault="00000000">
            <w:pPr>
              <w:spacing w:after="0" w:line="240" w:lineRule="auto"/>
            </w:pPr>
            <w:r>
              <w:rPr>
                <w:sz w:val="17"/>
              </w:rPr>
              <w:t>Đợt 3</w:t>
            </w:r>
          </w:p>
        </w:tc>
        <w:tc>
          <w:tcPr>
            <w:tcW w:w="225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0E9C2C27" w14:textId="77777777" w:rsidR="002B4A1C" w:rsidRDefault="00000000">
            <w:pPr>
              <w:spacing w:after="0" w:line="240" w:lineRule="auto"/>
            </w:pPr>
            <w:r>
              <w:rPr>
                <w:sz w:val="17"/>
              </w:rPr>
              <w:t>Trước sự kiện 3 ngày</w:t>
            </w:r>
          </w:p>
        </w:tc>
        <w:tc>
          <w:tcPr>
            <w:tcW w:w="11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8569C67" w14:textId="77777777" w:rsidR="002B4A1C" w:rsidRDefault="00000000">
            <w:pPr>
              <w:spacing w:after="0" w:line="240" w:lineRule="auto"/>
              <w:jc w:val="center"/>
            </w:pPr>
            <w:r>
              <w:rPr>
                <w:sz w:val="17"/>
              </w:rPr>
              <w:t>20%</w:t>
            </w:r>
          </w:p>
        </w:tc>
        <w:tc>
          <w:tcPr>
            <w:tcW w:w="190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4DBAD2CA" w14:textId="77777777" w:rsidR="002B4A1C" w:rsidRDefault="00000000">
            <w:pPr>
              <w:spacing w:after="0" w:line="240" w:lineRule="auto"/>
              <w:jc w:val="center"/>
            </w:pPr>
            <w:r>
              <w:rPr>
                <w:sz w:val="17"/>
              </w:rPr>
              <w:t>60.470.000</w:t>
            </w:r>
          </w:p>
        </w:tc>
        <w:tc>
          <w:tcPr>
            <w:tcW w:w="2960" w:type="dxa"/>
            <w:tcBorders>
              <w:top w:val="single" w:sz="4" w:space="0" w:color="B7C3D0"/>
              <w:left w:val="single" w:sz="4" w:space="0" w:color="B7C3D0"/>
              <w:bottom w:val="single" w:sz="4" w:space="0" w:color="B7C3D0"/>
              <w:right w:val="single" w:sz="4" w:space="0" w:color="B7C3D0"/>
            </w:tcBorders>
            <w:tcMar>
              <w:top w:w="80" w:type="dxa"/>
              <w:left w:w="120" w:type="dxa"/>
              <w:bottom w:w="80" w:type="dxa"/>
              <w:right w:w="120" w:type="dxa"/>
            </w:tcMar>
            <w:vAlign w:val="center"/>
          </w:tcPr>
          <w:p w14:paraId="13357224" w14:textId="77777777" w:rsidR="002B4A1C" w:rsidRDefault="00000000">
            <w:pPr>
              <w:spacing w:after="0" w:line="240" w:lineRule="auto"/>
              <w:jc w:val="center"/>
            </w:pPr>
            <w:r>
              <w:rPr>
                <w:sz w:val="17"/>
              </w:rPr>
              <w:t>Hoàn tất công tác chuẩn bị</w:t>
            </w:r>
          </w:p>
        </w:tc>
      </w:tr>
      <w:tr w:rsidR="002B4A1C" w14:paraId="0A96A7CE" w14:textId="77777777">
        <w:trPr>
          <w:cantSplit/>
        </w:trPr>
        <w:tc>
          <w:tcPr>
            <w:tcW w:w="11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AB5789E" w14:textId="77777777" w:rsidR="002B4A1C" w:rsidRDefault="00000000">
            <w:pPr>
              <w:spacing w:after="0" w:line="240" w:lineRule="auto"/>
            </w:pPr>
            <w:r>
              <w:rPr>
                <w:sz w:val="17"/>
              </w:rPr>
              <w:t>Đợt 4</w:t>
            </w:r>
          </w:p>
        </w:tc>
        <w:tc>
          <w:tcPr>
            <w:tcW w:w="225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5EE119D7" w14:textId="77777777" w:rsidR="002B4A1C" w:rsidRDefault="00000000">
            <w:pPr>
              <w:spacing w:after="0" w:line="240" w:lineRule="auto"/>
            </w:pPr>
            <w:r>
              <w:rPr>
                <w:sz w:val="17"/>
              </w:rPr>
              <w:t>Sau nghiệm thu</w:t>
            </w:r>
          </w:p>
        </w:tc>
        <w:tc>
          <w:tcPr>
            <w:tcW w:w="11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7CA94224" w14:textId="77777777" w:rsidR="002B4A1C" w:rsidRDefault="00000000">
            <w:pPr>
              <w:spacing w:after="0" w:line="240" w:lineRule="auto"/>
              <w:jc w:val="center"/>
            </w:pPr>
            <w:r>
              <w:rPr>
                <w:sz w:val="17"/>
              </w:rPr>
              <w:t>10%</w:t>
            </w:r>
          </w:p>
        </w:tc>
        <w:tc>
          <w:tcPr>
            <w:tcW w:w="190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045B54A5" w14:textId="77777777" w:rsidR="002B4A1C" w:rsidRDefault="00000000">
            <w:pPr>
              <w:spacing w:after="0" w:line="240" w:lineRule="auto"/>
              <w:jc w:val="center"/>
            </w:pPr>
            <w:r>
              <w:rPr>
                <w:sz w:val="17"/>
              </w:rPr>
              <w:t>30.235.000</w:t>
            </w:r>
          </w:p>
        </w:tc>
        <w:tc>
          <w:tcPr>
            <w:tcW w:w="2960" w:type="dxa"/>
            <w:tcBorders>
              <w:top w:val="single" w:sz="4" w:space="0" w:color="B7C3D0"/>
              <w:left w:val="single" w:sz="4" w:space="0" w:color="B7C3D0"/>
              <w:bottom w:val="single" w:sz="4" w:space="0" w:color="B7C3D0"/>
              <w:right w:val="single" w:sz="4" w:space="0" w:color="B7C3D0"/>
            </w:tcBorders>
            <w:shd w:val="clear" w:color="auto" w:fill="F2F4F7"/>
            <w:tcMar>
              <w:top w:w="80" w:type="dxa"/>
              <w:left w:w="120" w:type="dxa"/>
              <w:bottom w:w="80" w:type="dxa"/>
              <w:right w:w="120" w:type="dxa"/>
            </w:tcMar>
            <w:vAlign w:val="center"/>
          </w:tcPr>
          <w:p w14:paraId="3ECAF145" w14:textId="77777777" w:rsidR="002B4A1C" w:rsidRDefault="00000000">
            <w:pPr>
              <w:spacing w:after="0" w:line="240" w:lineRule="auto"/>
              <w:jc w:val="center"/>
            </w:pPr>
            <w:r>
              <w:rPr>
                <w:sz w:val="17"/>
              </w:rPr>
              <w:t>Đối soát và thanh lý</w:t>
            </w:r>
          </w:p>
        </w:tc>
      </w:tr>
    </w:tbl>
    <w:p w14:paraId="50B0451B" w14:textId="77777777" w:rsidR="002B4A1C" w:rsidRDefault="00000000">
      <w:pPr>
        <w:pStyle w:val="Heading1"/>
      </w:pPr>
      <w:r>
        <w:t>6. Nguyên tắc cập nhật và phê duyệt</w:t>
      </w:r>
    </w:p>
    <w:p w14:paraId="1557EA4A" w14:textId="77777777" w:rsidR="002B4A1C" w:rsidRDefault="00000000">
      <w:pPr>
        <w:pStyle w:val="ListBullet"/>
        <w:spacing w:after="100"/>
        <w:ind w:left="720"/>
      </w:pPr>
      <w:r>
        <w:rPr>
          <w:sz w:val="21"/>
        </w:rPr>
        <w:t>Mọi hạng mục phải có mô tả phạm vi, đơn vị tính, số lượng và nguồn báo giá.</w:t>
      </w:r>
    </w:p>
    <w:p w14:paraId="68C3C550" w14:textId="77777777" w:rsidR="002B4A1C" w:rsidRDefault="00000000">
      <w:pPr>
        <w:pStyle w:val="ListBullet"/>
        <w:spacing w:after="100"/>
        <w:ind w:left="720"/>
      </w:pPr>
      <w:r>
        <w:rPr>
          <w:sz w:val="21"/>
        </w:rPr>
        <w:t>Mỗi lần thay đổi cần ghi ngày cập nhật, người đề xuất, lý do và mức ảnh hưởng ngân sách.</w:t>
      </w:r>
    </w:p>
    <w:p w14:paraId="39758340" w14:textId="77777777" w:rsidR="002B4A1C" w:rsidRDefault="00000000">
      <w:pPr>
        <w:pStyle w:val="ListBullet"/>
        <w:spacing w:after="100"/>
        <w:ind w:left="720"/>
      </w:pPr>
      <w:r>
        <w:rPr>
          <w:sz w:val="21"/>
        </w:rPr>
        <w:t>Chi phí thực tế được đối chiếu với báo giá, hợp đồng, biên bản nghiệm thu và chứng từ thanh toán.</w:t>
      </w:r>
    </w:p>
    <w:p w14:paraId="6C390B62" w14:textId="77777777" w:rsidR="002B4A1C" w:rsidRDefault="00000000">
      <w:pPr>
        <w:pStyle w:val="ListBullet"/>
        <w:spacing w:after="100"/>
        <w:ind w:left="720"/>
      </w:pPr>
      <w:r>
        <w:rPr>
          <w:sz w:val="21"/>
        </w:rPr>
        <w:t>Không sử dụng quỹ dự phòng cho hạng mục thông thường khi chưa có phê duyệt.</w:t>
      </w:r>
    </w:p>
    <w:p w14:paraId="6376A656" w14:textId="77777777" w:rsidR="002B4A1C" w:rsidRDefault="00000000">
      <w:pPr>
        <w:pStyle w:val="ListBullet"/>
        <w:spacing w:after="100"/>
        <w:ind w:left="720"/>
      </w:pPr>
      <w:r>
        <w:rPr>
          <w:sz w:val="21"/>
        </w:rPr>
        <w:t>Sau sự kiện, cập nhật cột thực chi và chênh lệch để phục vụ quyết toán và rút kinh nghiệm.</w:t>
      </w:r>
    </w:p>
    <w:p w14:paraId="59D81545" w14:textId="77777777" w:rsidR="002B4A1C" w:rsidRDefault="00000000">
      <w:pPr>
        <w:pStyle w:val="Heading1"/>
      </w:pPr>
      <w:r>
        <w:lastRenderedPageBreak/>
        <w:t>7. Xác nhận</w:t>
      </w:r>
    </w:p>
    <w:tbl>
      <w:tblPr>
        <w:tblW w:w="9360" w:type="dxa"/>
        <w:tblInd w:w="120" w:type="dxa"/>
        <w:tblLayout w:type="fixed"/>
        <w:tblLook w:val="04A0" w:firstRow="1" w:lastRow="0" w:firstColumn="1" w:lastColumn="0" w:noHBand="0" w:noVBand="1"/>
      </w:tblPr>
      <w:tblGrid>
        <w:gridCol w:w="3120"/>
        <w:gridCol w:w="3120"/>
        <w:gridCol w:w="3120"/>
      </w:tblGrid>
      <w:tr w:rsidR="002B4A1C" w14:paraId="50BD3806" w14:textId="77777777">
        <w:trPr>
          <w:cantSplit/>
          <w:tblHeader/>
        </w:trPr>
        <w:tc>
          <w:tcPr>
            <w:tcW w:w="3120" w:type="dxa"/>
            <w:shd w:val="clear" w:color="auto" w:fill="A30F19"/>
            <w:tcMar>
              <w:top w:w="120" w:type="dxa"/>
              <w:left w:w="120" w:type="dxa"/>
              <w:bottom w:w="120" w:type="dxa"/>
              <w:right w:w="120" w:type="dxa"/>
            </w:tcMar>
            <w:vAlign w:val="center"/>
          </w:tcPr>
          <w:p w14:paraId="51B4E4B6" w14:textId="77777777" w:rsidR="002B4A1C" w:rsidRDefault="00000000">
            <w:pPr>
              <w:spacing w:after="0"/>
              <w:jc w:val="center"/>
            </w:pPr>
            <w:r>
              <w:rPr>
                <w:b/>
                <w:color w:val="FFFFFF"/>
                <w:sz w:val="18"/>
              </w:rPr>
              <w:t>NGƯỜI LẬP</w:t>
            </w:r>
          </w:p>
        </w:tc>
        <w:tc>
          <w:tcPr>
            <w:tcW w:w="3120" w:type="dxa"/>
            <w:shd w:val="clear" w:color="auto" w:fill="A30F19"/>
            <w:tcMar>
              <w:top w:w="120" w:type="dxa"/>
              <w:left w:w="120" w:type="dxa"/>
              <w:bottom w:w="120" w:type="dxa"/>
              <w:right w:w="120" w:type="dxa"/>
            </w:tcMar>
            <w:vAlign w:val="center"/>
          </w:tcPr>
          <w:p w14:paraId="23B7027F" w14:textId="77777777" w:rsidR="002B4A1C" w:rsidRDefault="00000000">
            <w:pPr>
              <w:spacing w:after="0"/>
              <w:jc w:val="center"/>
            </w:pPr>
            <w:r>
              <w:rPr>
                <w:b/>
                <w:color w:val="FFFFFF"/>
                <w:sz w:val="18"/>
              </w:rPr>
              <w:t>NGƯỜI KIỂM TRA</w:t>
            </w:r>
          </w:p>
        </w:tc>
        <w:tc>
          <w:tcPr>
            <w:tcW w:w="3120" w:type="dxa"/>
            <w:shd w:val="clear" w:color="auto" w:fill="A30F19"/>
            <w:tcMar>
              <w:top w:w="120" w:type="dxa"/>
              <w:left w:w="120" w:type="dxa"/>
              <w:bottom w:w="120" w:type="dxa"/>
              <w:right w:w="120" w:type="dxa"/>
            </w:tcMar>
            <w:vAlign w:val="center"/>
          </w:tcPr>
          <w:p w14:paraId="3EE77696" w14:textId="77777777" w:rsidR="002B4A1C" w:rsidRDefault="00000000">
            <w:pPr>
              <w:spacing w:after="0"/>
              <w:jc w:val="center"/>
            </w:pPr>
            <w:r>
              <w:rPr>
                <w:b/>
                <w:color w:val="FFFFFF"/>
                <w:sz w:val="18"/>
              </w:rPr>
              <w:t>NGƯỜI PHÊ DUYỆT</w:t>
            </w:r>
          </w:p>
        </w:tc>
      </w:tr>
      <w:tr w:rsidR="002B4A1C" w14:paraId="0EEA8924" w14:textId="77777777">
        <w:trPr>
          <w:cantSplit/>
        </w:trPr>
        <w:tc>
          <w:tcPr>
            <w:tcW w:w="3120" w:type="dxa"/>
            <w:tcMar>
              <w:top w:w="120" w:type="dxa"/>
              <w:left w:w="120" w:type="dxa"/>
              <w:bottom w:w="120" w:type="dxa"/>
              <w:right w:w="120" w:type="dxa"/>
            </w:tcMar>
            <w:vAlign w:val="center"/>
          </w:tcPr>
          <w:p w14:paraId="061B2EBA" w14:textId="77777777" w:rsidR="002B4A1C" w:rsidRDefault="00000000">
            <w:pPr>
              <w:spacing w:after="0"/>
              <w:jc w:val="center"/>
            </w:pPr>
            <w:r>
              <w:rPr>
                <w:color w:val="666666"/>
                <w:sz w:val="18"/>
              </w:rPr>
              <w:br/>
            </w:r>
            <w:r>
              <w:rPr>
                <w:color w:val="666666"/>
                <w:sz w:val="18"/>
              </w:rPr>
              <w:br/>
            </w:r>
            <w:r>
              <w:rPr>
                <w:color w:val="666666"/>
                <w:sz w:val="18"/>
              </w:rPr>
              <w:br/>
            </w:r>
          </w:p>
        </w:tc>
        <w:tc>
          <w:tcPr>
            <w:tcW w:w="3120" w:type="dxa"/>
            <w:tcMar>
              <w:top w:w="120" w:type="dxa"/>
              <w:left w:w="120" w:type="dxa"/>
              <w:bottom w:w="120" w:type="dxa"/>
              <w:right w:w="120" w:type="dxa"/>
            </w:tcMar>
            <w:vAlign w:val="center"/>
          </w:tcPr>
          <w:p w14:paraId="5BDC424D" w14:textId="77777777" w:rsidR="002B4A1C" w:rsidRDefault="00000000">
            <w:pPr>
              <w:spacing w:after="0"/>
              <w:jc w:val="center"/>
            </w:pPr>
            <w:r>
              <w:rPr>
                <w:color w:val="666666"/>
                <w:sz w:val="18"/>
              </w:rPr>
              <w:br/>
            </w:r>
            <w:r>
              <w:rPr>
                <w:color w:val="666666"/>
                <w:sz w:val="18"/>
              </w:rPr>
              <w:br/>
            </w:r>
            <w:r>
              <w:rPr>
                <w:color w:val="666666"/>
                <w:sz w:val="18"/>
              </w:rPr>
              <w:br/>
            </w:r>
          </w:p>
        </w:tc>
        <w:tc>
          <w:tcPr>
            <w:tcW w:w="3120" w:type="dxa"/>
            <w:tcMar>
              <w:top w:w="120" w:type="dxa"/>
              <w:left w:w="120" w:type="dxa"/>
              <w:bottom w:w="120" w:type="dxa"/>
              <w:right w:w="120" w:type="dxa"/>
            </w:tcMar>
            <w:vAlign w:val="center"/>
          </w:tcPr>
          <w:p w14:paraId="2BE86EAC" w14:textId="77777777" w:rsidR="002B4A1C" w:rsidRDefault="00000000">
            <w:pPr>
              <w:spacing w:after="0"/>
              <w:jc w:val="center"/>
            </w:pPr>
            <w:r>
              <w:rPr>
                <w:color w:val="666666"/>
                <w:sz w:val="18"/>
              </w:rPr>
              <w:br/>
            </w:r>
            <w:r>
              <w:rPr>
                <w:color w:val="666666"/>
                <w:sz w:val="18"/>
              </w:rPr>
              <w:br/>
            </w:r>
            <w:r>
              <w:rPr>
                <w:color w:val="666666"/>
                <w:sz w:val="18"/>
              </w:rPr>
              <w:br/>
            </w:r>
          </w:p>
        </w:tc>
      </w:tr>
      <w:tr w:rsidR="002B4A1C" w14:paraId="5DA05C84" w14:textId="77777777">
        <w:trPr>
          <w:cantSplit/>
        </w:trPr>
        <w:tc>
          <w:tcPr>
            <w:tcW w:w="3120" w:type="dxa"/>
            <w:tcMar>
              <w:top w:w="120" w:type="dxa"/>
              <w:left w:w="120" w:type="dxa"/>
              <w:bottom w:w="120" w:type="dxa"/>
              <w:right w:w="120" w:type="dxa"/>
            </w:tcMar>
            <w:vAlign w:val="center"/>
          </w:tcPr>
          <w:p w14:paraId="569BD696" w14:textId="77777777" w:rsidR="002B4A1C" w:rsidRDefault="00000000">
            <w:pPr>
              <w:spacing w:after="0"/>
              <w:jc w:val="center"/>
            </w:pPr>
            <w:r>
              <w:rPr>
                <w:color w:val="666666"/>
                <w:sz w:val="18"/>
              </w:rPr>
              <w:t>Họ tên: ____________________</w:t>
            </w:r>
            <w:r>
              <w:rPr>
                <w:color w:val="666666"/>
                <w:sz w:val="18"/>
              </w:rPr>
              <w:br/>
              <w:t>Ngày: ____ / ____ / ______</w:t>
            </w:r>
          </w:p>
        </w:tc>
        <w:tc>
          <w:tcPr>
            <w:tcW w:w="3120" w:type="dxa"/>
            <w:tcMar>
              <w:top w:w="120" w:type="dxa"/>
              <w:left w:w="120" w:type="dxa"/>
              <w:bottom w:w="120" w:type="dxa"/>
              <w:right w:w="120" w:type="dxa"/>
            </w:tcMar>
            <w:vAlign w:val="center"/>
          </w:tcPr>
          <w:p w14:paraId="33840E49" w14:textId="77777777" w:rsidR="002B4A1C" w:rsidRDefault="00000000">
            <w:pPr>
              <w:spacing w:after="0"/>
              <w:jc w:val="center"/>
            </w:pPr>
            <w:r>
              <w:rPr>
                <w:color w:val="666666"/>
                <w:sz w:val="18"/>
              </w:rPr>
              <w:t>Họ tên: ____________________</w:t>
            </w:r>
            <w:r>
              <w:rPr>
                <w:color w:val="666666"/>
                <w:sz w:val="18"/>
              </w:rPr>
              <w:br/>
              <w:t>Ngày: ____ / ____ / ______</w:t>
            </w:r>
          </w:p>
        </w:tc>
        <w:tc>
          <w:tcPr>
            <w:tcW w:w="3120" w:type="dxa"/>
            <w:tcMar>
              <w:top w:w="120" w:type="dxa"/>
              <w:left w:w="120" w:type="dxa"/>
              <w:bottom w:w="120" w:type="dxa"/>
              <w:right w:w="120" w:type="dxa"/>
            </w:tcMar>
            <w:vAlign w:val="center"/>
          </w:tcPr>
          <w:p w14:paraId="6C24DF88" w14:textId="77777777" w:rsidR="002B4A1C" w:rsidRDefault="00000000">
            <w:pPr>
              <w:spacing w:after="0"/>
              <w:jc w:val="center"/>
            </w:pPr>
            <w:r>
              <w:rPr>
                <w:color w:val="666666"/>
                <w:sz w:val="18"/>
              </w:rPr>
              <w:t>Họ tên: ____________________</w:t>
            </w:r>
            <w:r>
              <w:rPr>
                <w:color w:val="666666"/>
                <w:sz w:val="18"/>
              </w:rPr>
              <w:br/>
              <w:t>Ngày: ____ / ____ / ______</w:t>
            </w:r>
          </w:p>
        </w:tc>
      </w:tr>
    </w:tbl>
    <w:p w14:paraId="6C0A1462" w14:textId="77777777" w:rsidR="00A30713" w:rsidRDefault="00A30713"/>
    <w:sectPr w:rsidR="00A30713" w:rsidSect="00034616">
      <w:headerReference w:type="default" r:id="rId8"/>
      <w:footerReference w:type="default" r:id="rId9"/>
      <w:pgSz w:w="12240" w:h="15840"/>
      <w:pgMar w:top="1152" w:right="1440" w:bottom="1080" w:left="144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09F79" w14:textId="77777777" w:rsidR="00A30713" w:rsidRDefault="00A30713">
      <w:pPr>
        <w:spacing w:after="0" w:line="240" w:lineRule="auto"/>
      </w:pPr>
      <w:r>
        <w:separator/>
      </w:r>
    </w:p>
  </w:endnote>
  <w:endnote w:type="continuationSeparator" w:id="0">
    <w:p w14:paraId="110330C5" w14:textId="77777777" w:rsidR="00A30713" w:rsidRDefault="00A30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A1E3" w14:textId="77777777" w:rsidR="002B4A1C" w:rsidRDefault="00000000">
    <w:pPr>
      <w:pStyle w:val="Footer"/>
      <w:jc w:val="right"/>
    </w:pPr>
    <w:r>
      <w:rPr>
        <w:color w:val="666666"/>
        <w:sz w:val="18"/>
      </w:rPr>
      <w:t xml:space="preserve">Trang </w:t>
    </w:r>
    <w:r>
      <w:rPr>
        <w:color w:val="666666"/>
        <w:sz w:val="18"/>
      </w:rPr>
      <w:fldChar w:fldCharType="begin"/>
    </w:r>
    <w:r>
      <w:rPr>
        <w:color w:val="666666"/>
        <w:sz w:val="18"/>
      </w:rPr>
      <w:instrText>PAGE</w:instrText>
    </w:r>
    <w:r w:rsidR="0097228A">
      <w:rPr>
        <w:color w:val="666666"/>
        <w:sz w:val="18"/>
      </w:rPr>
      <w:fldChar w:fldCharType="separate"/>
    </w:r>
    <w:r w:rsidR="0097228A">
      <w:rPr>
        <w:noProof/>
        <w:color w:val="666666"/>
        <w:sz w:val="18"/>
      </w:rPr>
      <w:t>1</w:t>
    </w:r>
    <w:r>
      <w:rPr>
        <w:color w:val="666666"/>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E752C" w14:textId="77777777" w:rsidR="00A30713" w:rsidRDefault="00A30713">
      <w:pPr>
        <w:spacing w:after="0" w:line="240" w:lineRule="auto"/>
      </w:pPr>
      <w:r>
        <w:separator/>
      </w:r>
    </w:p>
  </w:footnote>
  <w:footnote w:type="continuationSeparator" w:id="0">
    <w:p w14:paraId="40DAA5F7" w14:textId="77777777" w:rsidR="00A30713" w:rsidRDefault="00A307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3083C" w14:textId="77777777" w:rsidR="002B4A1C" w:rsidRDefault="00000000">
    <w:pPr>
      <w:pStyle w:val="Header"/>
    </w:pPr>
    <w:r>
      <w:rPr>
        <w:b/>
        <w:color w:val="A30F19"/>
        <w:sz w:val="18"/>
      </w:rPr>
      <w:t>BRANDBOOST AGENCY</w:t>
    </w:r>
    <w:r>
      <w:rPr>
        <w:color w:val="666666"/>
        <w:sz w:val="18"/>
      </w:rPr>
      <w:t xml:space="preserve">  |  BẢNG DỰ TRÙ KINH PHÍ GIẢ ĐỊNH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0059983">
    <w:abstractNumId w:val="8"/>
  </w:num>
  <w:num w:numId="2" w16cid:durableId="1940483133">
    <w:abstractNumId w:val="6"/>
  </w:num>
  <w:num w:numId="3" w16cid:durableId="772898028">
    <w:abstractNumId w:val="5"/>
  </w:num>
  <w:num w:numId="4" w16cid:durableId="1868831632">
    <w:abstractNumId w:val="4"/>
  </w:num>
  <w:num w:numId="5" w16cid:durableId="2082479482">
    <w:abstractNumId w:val="7"/>
  </w:num>
  <w:num w:numId="6" w16cid:durableId="1729915706">
    <w:abstractNumId w:val="3"/>
  </w:num>
  <w:num w:numId="7" w16cid:durableId="160315029">
    <w:abstractNumId w:val="2"/>
  </w:num>
  <w:num w:numId="8" w16cid:durableId="253055341">
    <w:abstractNumId w:val="1"/>
  </w:num>
  <w:num w:numId="9" w16cid:durableId="320734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4A1C"/>
    <w:rsid w:val="00326F90"/>
    <w:rsid w:val="00681386"/>
    <w:rsid w:val="0097228A"/>
    <w:rsid w:val="00A3071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4612E8"/>
  <w14:defaultImageDpi w14:val="300"/>
  <w15:docId w15:val="{F851AA5B-643A-4919-9B9F-52F8E2A00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eastAsia="Calibri" w:hAnsi="Calibri"/>
      <w:color w:val="1F1F1F"/>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E31E24"/>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E31E24"/>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A30F19"/>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895</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Bảng dự trù kinh phí giả định — BrandBoost Agency</dc:title>
  <dc:subject>Mẫu ngân sách hội nghị khách hàng 150 người</dc:subject>
  <dc:creator>BrandBoost Agency</dc:creator>
  <cp:keywords>bảng dự trù kinh phí, tổ chức sự kiện, BrandBoost</cp:keywords>
  <dc:description>generated by python-docx</dc:description>
  <cp:lastModifiedBy>Lê Ngân</cp:lastModifiedBy>
  <cp:revision>2</cp:revision>
  <dcterms:created xsi:type="dcterms:W3CDTF">2013-12-23T23:15:00Z</dcterms:created>
  <dcterms:modified xsi:type="dcterms:W3CDTF">2026-08-26T15:07:00Z</dcterms:modified>
  <cp:category/>
</cp:coreProperties>
</file>